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b/>
          <w:color w:val="023C52"/>
          <w:sz w:val="38"/>
        </w:rPr>
        <w:t>Contrat de formation professionnelle (stagiaire à titre individuel)</w:t>
      </w:r>
    </w:p>
    <w:p>
      <w:pPr>
        <w:spacing w:before="120" w:after="120"/>
        <w:ind w:left="170" w:right="113"/>
        <w:shd w:val="clear" w:fill="FFF8EC"/>
        <w:pBdr>
          <w:left w:val="single" w:sz="18" w:space="6" w:color="F49F0A"/>
        </w:pBdr>
      </w:pPr>
      <w:r>
        <w:rPr>
          <w:b/>
          <w:sz w:val="19"/>
        </w:rPr>
        <w:t>À quoi sert ce document</w:t>
      </w:r>
      <w:r>
        <w:rPr>
          <w:sz w:val="19"/>
        </w:rPr>
        <w:t xml:space="preserve"> : ce contrat encadre la relation entre un organisme de formation et une personne physique qui s'inscrit à une formation à titre individuel et la finance elle-même (sans prise en charge par un employeur, un OPCO ou un financeur public). Il est obligatoire dès lors qu'un particulier paie tout ou partie de la formation de sa poche. </w:t>
      </w:r>
      <w:r>
        <w:rPr>
          <w:b/>
          <w:sz w:val="19"/>
        </w:rPr>
        <w:t>Base légale</w:t>
      </w:r>
      <w:r>
        <w:rPr>
          <w:sz w:val="19"/>
        </w:rPr>
        <w:t xml:space="preserve"> : articles L6353-3 à L6353-7 du Code du travail (et mentions de l'article L6353-4 prescrites à peine de nullité). </w:t>
      </w:r>
      <w:r>
        <w:rPr>
          <w:b/>
          <w:sz w:val="19"/>
        </w:rPr>
        <w:t>Attention</w:t>
      </w:r>
      <w:r>
        <w:rPr>
          <w:sz w:val="19"/>
        </w:rPr>
        <w:t xml:space="preserve"> : ne pas confondre avec la convention de formation professionnelle, qui est conclue lorsque l'acheteur est un professionnel (employeur, entreprise) ou un financeur tiers. Si le stagiaire ne supporte aucun frais à titre personnel, c'est une convention qu'il faut utiliser, pas ce contrat.</w:t>
      </w:r>
    </w:p>
    <w:p>
      <w:pPr>
        <w:pBdr>
          <w:bottom w:val="single" w:sz="6" w:space="1" w:color="E0E6EA"/>
        </w:pBdr>
        <w:spacing w:after="80"/>
      </w:pPr>
    </w:p>
    <w:p>
      <w:pPr>
        <w:spacing w:after="80"/>
      </w:pPr>
      <w:r>
        <w:rPr>
          <w:b/>
        </w:rPr>
        <w:t>CONTRAT DE FORMATION PROFESSIONNELLE</w:t>
      </w:r>
    </w:p>
    <w:p>
      <w:pPr>
        <w:spacing w:after="80"/>
      </w:pPr>
      <w:r>
        <w:rPr>
          <w:i/>
        </w:rPr>
        <w:t>Conclu en application des articles L6353-3 à L6353-7 du Code du travail</w:t>
      </w:r>
    </w:p>
    <w:p>
      <w:pPr>
        <w:spacing w:before="200" w:after="80"/>
      </w:pPr>
      <w:r>
        <w:rPr>
          <w:b/>
          <w:color w:val="023C52"/>
          <w:sz w:val="28"/>
        </w:rPr>
        <w:t>Entre les soussignés</w:t>
      </w:r>
    </w:p>
    <w:p>
      <w:pPr>
        <w:spacing w:after="80"/>
      </w:pPr>
      <w:r>
        <w:rPr>
          <w:b/>
        </w:rPr>
        <w:t>L'organisme de formation :</w:t>
      </w:r>
    </w:p>
    <w:p>
      <w:pPr>
        <w:spacing w:after="80"/>
      </w:pPr>
      <w:r>
        <w:t>[Dénomination sociale]</w:t>
      </w:r>
    </w:p>
    <w:p>
      <w:pPr>
        <w:spacing w:after="80"/>
      </w:pPr>
      <w:r>
        <w:t>Forme juridique : [SAS, SARL, EI, association, etc.]</w:t>
      </w:r>
    </w:p>
    <w:p>
      <w:pPr>
        <w:spacing w:after="80"/>
      </w:pPr>
      <w:r>
        <w:t>Adresse du siège : [adresse complète]</w:t>
      </w:r>
    </w:p>
    <w:p>
      <w:pPr>
        <w:spacing w:after="80"/>
      </w:pPr>
      <w:r>
        <w:t>SIRET : [numéro]</w:t>
      </w:r>
    </w:p>
    <w:p>
      <w:pPr>
        <w:spacing w:after="80"/>
      </w:pPr>
      <w:r>
        <w:t>Numéro de déclaration d'activité : [numéro] enregistré auprès du préfet de région [région]</w:t>
      </w:r>
    </w:p>
    <w:p>
      <w:pPr>
        <w:spacing w:after="80"/>
      </w:pPr>
      <w:r>
        <w:t>(Cet enregistrement ne vaut pas agrément de l'État.)</w:t>
      </w:r>
    </w:p>
    <w:p>
      <w:pPr>
        <w:spacing w:after="80"/>
      </w:pPr>
      <w:r>
        <w:t>Représenté par : [nom, prénom, qualité]</w:t>
      </w:r>
    </w:p>
    <w:p>
      <w:pPr>
        <w:spacing w:after="80"/>
      </w:pPr>
      <w:r>
        <w:t>Téléphone : [numéro] - Courriel : [adresse]</w:t>
      </w:r>
    </w:p>
    <w:p>
      <w:pPr>
        <w:spacing w:after="80"/>
      </w:pPr>
      <w:r>
        <w:t>Certification Qualiopi : [oui / non] - le cas échéant, au titre de la catégorie [actions de formation / bilans de compétences / VAE / actions par apprentissage], certificat n° [numéro] délivré le [date] par [organisme certificateur].</w:t>
      </w:r>
    </w:p>
    <w:p>
      <w:pPr>
        <w:spacing w:after="80"/>
      </w:pPr>
      <w:r>
        <w:t>Ci-après désigné « l'organisme de formation »,</w:t>
      </w:r>
    </w:p>
    <w:p>
      <w:pPr>
        <w:spacing w:after="80"/>
      </w:pPr>
      <w:r>
        <w:rPr>
          <w:b/>
        </w:rPr>
        <w:t>Et le stagiaire :</w:t>
      </w:r>
    </w:p>
    <w:p>
      <w:pPr>
        <w:spacing w:after="80"/>
      </w:pPr>
      <w:r>
        <w:t>[Nom, prénom]</w:t>
      </w:r>
    </w:p>
    <w:p>
      <w:pPr>
        <w:spacing w:after="80"/>
      </w:pPr>
      <w:r>
        <w:t>Date et lieu de naissance : [...]</w:t>
      </w:r>
    </w:p>
    <w:p>
      <w:pPr>
        <w:spacing w:after="80"/>
      </w:pPr>
      <w:r>
        <w:t>Adresse : [adresse complète]</w:t>
      </w:r>
    </w:p>
    <w:p>
      <w:pPr>
        <w:spacing w:after="80"/>
      </w:pPr>
      <w:r>
        <w:t>Téléphone : [numéro] - Courriel : [adresse]</w:t>
      </w:r>
    </w:p>
    <w:p>
      <w:pPr>
        <w:spacing w:after="80"/>
      </w:pPr>
      <w:r>
        <w:t>Personne physique entreprenant la formation à titre individuel et à ses frais,</w:t>
      </w:r>
    </w:p>
    <w:p>
      <w:pPr>
        <w:spacing w:after="80"/>
      </w:pPr>
      <w:r>
        <w:t>Ci-après désigné « le stagiaire »,</w:t>
      </w:r>
    </w:p>
    <w:p>
      <w:pPr>
        <w:spacing w:after="80"/>
      </w:pPr>
      <w:r>
        <w:t>Il a été convenu ce qui suit.</w:t>
      </w:r>
    </w:p>
    <w:p>
      <w:pPr>
        <w:spacing w:before="200" w:after="80"/>
      </w:pPr>
      <w:r>
        <w:rPr>
          <w:b/>
          <w:color w:val="023C52"/>
          <w:sz w:val="28"/>
        </w:rPr>
        <w:t>Article 1 - Objet du contrat</w:t>
      </w:r>
    </w:p>
    <w:p>
      <w:pPr>
        <w:spacing w:after="80"/>
      </w:pPr>
      <w:r>
        <w:t>Le présent contrat est conclu en application des articles L6353-3 et suivants du Code du travail. Il a pour objet l'inscription du stagiaire à l'action de formation décrite ci-après, que le stagiaire finance à titre individuel et à ses frais. Il est conclu avant l'inscription définitive du stagiaire et avant tout règlement de frais.</w:t>
      </w:r>
    </w:p>
    <w:p>
      <w:pPr>
        <w:spacing w:before="200" w:after="80"/>
      </w:pPr>
      <w:r>
        <w:rPr>
          <w:b/>
          <w:color w:val="023C52"/>
          <w:sz w:val="28"/>
        </w:rPr>
        <w:t>Article 2 - Nature, durée, programme et objet de la formation</w:t>
      </w:r>
    </w:p>
    <w:p>
      <w:pPr>
        <w:spacing w:after="80"/>
      </w:pPr>
      <w:r>
        <w:rPr>
          <w:b/>
        </w:rPr>
        <w:t>Intitulé de la formation :</w:t>
      </w:r>
      <w:r>
        <w:t xml:space="preserve"> [titre]</w:t>
      </w:r>
    </w:p>
    <w:p>
      <w:pPr>
        <w:spacing w:after="80"/>
      </w:pPr>
      <w:r>
        <w:rPr>
          <w:b/>
        </w:rPr>
        <w:t>Nature de l'action :</w:t>
      </w:r>
      <w:r>
        <w:t xml:space="preserve"> action de formation au sens de l'article L6313-1 du Code du travail.</w:t>
      </w:r>
    </w:p>
    <w:p>
      <w:pPr>
        <w:spacing w:after="80"/>
      </w:pPr>
      <w:r>
        <w:rPr>
          <w:b/>
        </w:rPr>
        <w:t>Objectifs (objet de l'action) :</w:t>
      </w:r>
      <w:r>
        <w:t xml:space="preserve"> à l'issue de la formation, le stagiaire sera capable de [objectifs pédagogiques opérationnels].</w:t>
      </w:r>
    </w:p>
    <w:p>
      <w:pPr>
        <w:spacing w:after="80"/>
      </w:pPr>
      <w:r>
        <w:rPr>
          <w:b/>
        </w:rPr>
        <w:t>Programme et contenu :</w:t>
      </w:r>
      <w:r>
        <w:t xml:space="preserve"> [détail des modules, séquences ou thèmes ; un programme détaillé peut être annexé au présent contrat].</w:t>
      </w:r>
    </w:p>
    <w:p>
      <w:pPr>
        <w:spacing w:after="80"/>
      </w:pPr>
      <w:r>
        <w:rPr>
          <w:b/>
        </w:rPr>
        <w:t>Durée totale :</w:t>
      </w:r>
      <w:r>
        <w:t xml:space="preserve"> [nombre] heures, réparties sur [nombre] jours / semaines.</w:t>
      </w:r>
    </w:p>
    <w:p>
      <w:pPr>
        <w:spacing w:after="80"/>
      </w:pPr>
      <w:r>
        <w:rPr>
          <w:b/>
        </w:rPr>
        <w:t>Dates :</w:t>
      </w:r>
      <w:r>
        <w:t xml:space="preserve"> du [date de début] au [date de fin].</w:t>
      </w:r>
    </w:p>
    <w:p>
      <w:pPr>
        <w:spacing w:after="80"/>
      </w:pPr>
      <w:r>
        <w:rPr>
          <w:b/>
        </w:rPr>
        <w:t>Lieu de réalisation :</w:t>
      </w:r>
      <w:r>
        <w:t xml:space="preserve"> [adresse du lieu de formation / mention « à distance » le cas échéant].</w:t>
      </w:r>
    </w:p>
    <w:p>
      <w:pPr>
        <w:spacing w:after="80"/>
      </w:pPr>
      <w:r>
        <w:rPr>
          <w:b/>
        </w:rPr>
        <w:t>Effectif :</w:t>
      </w:r>
      <w:r>
        <w:t xml:space="preserve"> la formation est dispensée à un effectif de [nombre minimum] à [nombre maximum] stagiaires.</w:t>
      </w:r>
    </w:p>
    <w:p>
      <w:pPr>
        <w:spacing w:before="200" w:after="80"/>
      </w:pPr>
      <w:r>
        <w:rPr>
          <w:b/>
          <w:color w:val="023C52"/>
          <w:sz w:val="28"/>
        </w:rPr>
        <w:t>Article 3 - Niveau de connaissances préalables requis</w:t>
      </w:r>
    </w:p>
    <w:p>
      <w:pPr>
        <w:spacing w:after="80"/>
      </w:pPr>
      <w:r>
        <w:t>Pour suivre la formation dans de bonnes conditions et, le cas échéant, obtenir la qualification ou la sanction à laquelle elle prépare, le stagiaire doit disposer du niveau de connaissances préalables suivant : [prérequis ; indiquer « aucun prérequis » si la formation est ouverte à tous].</w:t>
      </w:r>
    </w:p>
    <w:p>
      <w:pPr>
        <w:spacing w:before="200" w:after="80"/>
      </w:pPr>
      <w:r>
        <w:rPr>
          <w:b/>
          <w:color w:val="023C52"/>
          <w:sz w:val="28"/>
        </w:rPr>
        <w:t>Article 4 - Modalités de déroulement et moyens pédagogiques</w:t>
      </w:r>
    </w:p>
    <w:p>
      <w:pPr>
        <w:spacing w:after="80"/>
      </w:pPr>
      <w:r>
        <w:rPr>
          <w:b/>
        </w:rPr>
        <w:t>Modalités de déroulement :</w:t>
      </w:r>
      <w:r>
        <w:t xml:space="preserve"> [présentiel / à distance / mixte]. En cas de formation à distance, préciser : [plateforme utilisée, modalités de connexion, assistance technique et pédagogique, modalités de suivi de l'assiduité].</w:t>
      </w:r>
    </w:p>
    <w:p>
      <w:pPr>
        <w:spacing w:after="80"/>
      </w:pPr>
      <w:r>
        <w:rPr>
          <w:b/>
        </w:rPr>
        <w:t>Moyens pédagogiques et techniques :</w:t>
      </w:r>
      <w:r>
        <w:t xml:space="preserve"> [méthodes mobilisées, supports remis, matériel et équipements mis à disposition].</w:t>
      </w:r>
    </w:p>
    <w:p>
      <w:pPr>
        <w:spacing w:after="80"/>
      </w:pPr>
      <w:r>
        <w:rPr>
          <w:b/>
        </w:rPr>
        <w:t>Encadrement :</w:t>
      </w:r>
      <w:r>
        <w:t xml:space="preserve"> [modalités d'accompagnement du stagiaire].</w:t>
      </w:r>
    </w:p>
    <w:p>
      <w:pPr>
        <w:spacing w:before="200" w:after="80"/>
      </w:pPr>
      <w:r>
        <w:rPr>
          <w:b/>
          <w:color w:val="023C52"/>
          <w:sz w:val="28"/>
        </w:rPr>
        <w:t>Article 5 - Modalités de contrôle des connaissances et nature de la sanction</w:t>
      </w:r>
    </w:p>
    <w:p>
      <w:pPr>
        <w:spacing w:after="80"/>
      </w:pPr>
      <w:r>
        <w:rPr>
          <w:b/>
        </w:rPr>
        <w:t>Contrôle des connaissances :</w:t>
      </w:r>
      <w:r>
        <w:t xml:space="preserve"> les acquis du stagiaire sont évalués selon les modalités suivantes : [QCM, mise en situation, étude de cas, évaluation continue, examen final, etc.].</w:t>
      </w:r>
    </w:p>
    <w:p>
      <w:pPr>
        <w:spacing w:after="80"/>
      </w:pPr>
      <w:r>
        <w:rPr>
          <w:b/>
        </w:rPr>
        <w:t>Nature de la sanction de la formation :</w:t>
      </w:r>
      <w:r>
        <w:t xml:space="preserve"> à l'issue de la formation, le stagiaire reçoit [attestation de fin de formation mentionnant les objectifs, la nature et la durée de l'action et les résultats de l'évaluation des acquis / certificat / diplôme / titre / certification enregistrée au RNCP ou au RS sous le n° [numéro], le cas échéant].</w:t>
      </w:r>
    </w:p>
    <w:p>
      <w:pPr>
        <w:spacing w:before="200" w:after="80"/>
      </w:pPr>
      <w:r>
        <w:rPr>
          <w:b/>
          <w:color w:val="023C52"/>
          <w:sz w:val="28"/>
        </w:rPr>
        <w:t>Article 6 - Qualification des formateurs</w:t>
      </w:r>
    </w:p>
    <w:p>
      <w:pPr>
        <w:spacing w:after="80"/>
      </w:pPr>
      <w:r>
        <w:t>Les personnes chargées de la formation possèdent les diplômes, titres ou références suivants : [pour chaque formateur : nom ou initiales, diplômes/titres, expérience professionnelle ou références en rapport avec la formation dispensée].</w:t>
      </w:r>
    </w:p>
    <w:p>
      <w:pPr>
        <w:spacing w:before="200" w:after="80"/>
      </w:pPr>
      <w:r>
        <w:rPr>
          <w:b/>
          <w:color w:val="023C52"/>
          <w:sz w:val="28"/>
        </w:rPr>
        <w:t>Article 7 - Prix de la formation</w:t>
      </w:r>
    </w:p>
    <w:p>
      <w:pPr>
        <w:spacing w:after="80"/>
      </w:pPr>
      <w:r>
        <w:t xml:space="preserve">Le prix de la formation s'élève à </w:t>
      </w:r>
      <w:r>
        <w:rPr>
          <w:b/>
        </w:rPr>
        <w:t>[montant] euros nets de taxe</w:t>
      </w:r>
      <w:r>
        <w:t xml:space="preserve"> [ou : [montant] euros HT, soit [montant] euros TTC, TVA au taux de [taux] %].</w:t>
      </w:r>
    </w:p>
    <w:p>
      <w:pPr>
        <w:spacing w:after="80"/>
      </w:pPr>
      <w:r>
        <w:t>Ce prix comprend : [contenu de la prestation, supports, frais annexes éventuels].</w:t>
      </w:r>
    </w:p>
    <w:p>
      <w:pPr>
        <w:spacing w:after="80"/>
      </w:pPr>
      <w:r>
        <w:t>Il ne comprend pas : [frais éventuels restant à la charge du stagiaire : restauration, hébergement, déplacement, etc.].</w:t>
      </w:r>
    </w:p>
    <w:p>
      <w:pPr>
        <w:spacing w:before="200" w:after="80"/>
      </w:pPr>
      <w:r>
        <w:rPr>
          <w:b/>
          <w:color w:val="023C52"/>
          <w:sz w:val="28"/>
        </w:rPr>
        <w:t>Article 8 - Délai de rétractation</w:t>
      </w:r>
    </w:p>
    <w:p>
      <w:pPr>
        <w:spacing w:after="80"/>
      </w:pPr>
      <w:r>
        <w:t xml:space="preserve">Conformément à l'article L6353-5 du Code du travail, le stagiaire dispose d'un </w:t>
      </w:r>
      <w:r>
        <w:rPr>
          <w:b/>
        </w:rPr>
        <w:t>délai de dix jours à compter de la signature du présent contrat</w:t>
      </w:r>
      <w:r>
        <w:t xml:space="preserve"> pour se rétracter. Il en informe l'organisme de formation par lettre recommandée avec avis de réception. Dans ce cas, aucune somme ne peut être exigée du stagiaire.</w:t>
      </w:r>
    </w:p>
    <w:p>
      <w:pPr>
        <w:spacing w:after="80"/>
      </w:pPr>
      <w:r>
        <w:t>Un bordereau de rétractation détachable figure à la fin du présent contrat afin de faciliter l'exercice de ce droit.</w:t>
      </w:r>
    </w:p>
    <w:p>
      <w:pPr>
        <w:spacing w:before="200" w:after="80"/>
      </w:pPr>
      <w:r>
        <w:rPr>
          <w:b/>
          <w:color w:val="023C52"/>
          <w:sz w:val="28"/>
        </w:rPr>
        <w:t>Article 9 - Modalités de règlement</w:t>
      </w:r>
    </w:p>
    <w:p>
      <w:pPr>
        <w:spacing w:after="80"/>
      </w:pPr>
      <w:r>
        <w:t>Conformément à l'article L6353-6 du Code du travail :</w:t>
      </w:r>
    </w:p>
    <w:p>
      <w:pPr>
        <w:pStyle w:val="ListBullet"/>
      </w:pPr>
      <w:r>
        <w:t>aucune somme ne peut être exigée ni perçue avant l'expiration du délai de rétractation de dix jours prévu à l'article 8 ;</w:t>
      </w:r>
    </w:p>
    <w:p>
      <w:pPr>
        <w:pStyle w:val="ListBullet"/>
      </w:pPr>
      <w:r>
        <w:t xml:space="preserve">à l'expiration de ce délai, l'organisme de formation ne peut percevoir une somme supérieure à </w:t>
      </w:r>
      <w:r>
        <w:rPr>
          <w:b/>
        </w:rPr>
        <w:t>30 % du prix convenu</w:t>
      </w:r>
      <w:r>
        <w:t>, soit [montant] euros ;</w:t>
      </w:r>
    </w:p>
    <w:p>
      <w:pPr>
        <w:pStyle w:val="ListBullet"/>
      </w:pPr>
      <w:r>
        <w:t>le solde, soit [montant] euros, est réglé au fur et à mesure du déroulement de l'action de formation, selon l'échéancier suivant : [détailler les échéances].</w:t>
      </w:r>
    </w:p>
    <w:p>
      <w:pPr>
        <w:spacing w:after="80"/>
      </w:pPr>
      <w:r>
        <w:rPr>
          <w:b/>
        </w:rPr>
        <w:t>Moyens de paiement acceptés :</w:t>
      </w:r>
      <w:r>
        <w:t xml:space="preserve"> [chèque, virement, etc.].</w:t>
      </w:r>
    </w:p>
    <w:p>
      <w:pPr>
        <w:spacing w:before="200" w:after="80"/>
      </w:pPr>
      <w:r>
        <w:rPr>
          <w:b/>
          <w:color w:val="023C52"/>
          <w:sz w:val="28"/>
        </w:rPr>
        <w:t>Article 10 - Interruption, abandon et rupture pour force majeure</w:t>
      </w:r>
    </w:p>
    <w:p>
      <w:pPr>
        <w:spacing w:after="80"/>
      </w:pPr>
      <w:r>
        <w:t xml:space="preserve">Conformément à l'article L6353-7 du Code du travail, si, par suite de force majeure dûment reconnue, le stagiaire est empêché de suivre la formation, il peut rompre le contrat. Dans ce cas, </w:t>
      </w:r>
      <w:r>
        <w:rPr>
          <w:b/>
        </w:rPr>
        <w:t>seules les prestations de formation effectivement dispensées sont dues, à due proportion de leur valeur prévue au présent contrat.</w:t>
      </w:r>
    </w:p>
    <w:p>
      <w:pPr>
        <w:spacing w:after="80"/>
      </w:pPr>
      <w:r>
        <w:t>En cas de renoncement, d'abandon ou d'interruption de la formation par le stagiaire pour un motif autre que la force majeure, les conditions applicables sont les suivantes : [préciser, dans le respect de l'ordre public : par exemple, les prestations effectivement réalisées restent dues ; toute clause ne peut faire échec aux dispositions protectrices des articles L6353-5 à L6353-7].</w:t>
      </w:r>
    </w:p>
    <w:p>
      <w:pPr>
        <w:spacing w:after="80"/>
      </w:pPr>
      <w:r>
        <w:t>En cas d'inexécution totale ou partielle de la formation du fait de l'organisme de formation, ce dernier rembourse au stagiaire les sommes indûment perçues.</w:t>
      </w:r>
    </w:p>
    <w:p>
      <w:pPr>
        <w:spacing w:before="200" w:after="80"/>
      </w:pPr>
      <w:r>
        <w:rPr>
          <w:b/>
          <w:color w:val="023C52"/>
          <w:sz w:val="28"/>
        </w:rPr>
        <w:t>Article 11 - Données personnelles</w:t>
      </w:r>
    </w:p>
    <w:p>
      <w:pPr>
        <w:spacing w:after="80"/>
      </w:pPr>
      <w:r>
        <w:t>Les données personnelles du stagiaire sont collectées et traitées par l'organisme de formation aux seules fins de gestion de la formation, dans le respect du Règlement général sur la protection des données (RGPD) et de la loi Informatique et Libertés. Le stagiaire dispose d'un droit d'accès, de rectification, d'effacement et d'opposition qu'il peut exercer auprès de [contact / adresse].</w:t>
      </w:r>
    </w:p>
    <w:p>
      <w:pPr>
        <w:spacing w:before="200" w:after="80"/>
      </w:pPr>
      <w:r>
        <w:rPr>
          <w:b/>
          <w:color w:val="023C52"/>
          <w:sz w:val="28"/>
        </w:rPr>
        <w:t>Article 12 - Différends éventuels</w:t>
      </w:r>
    </w:p>
    <w:p>
      <w:pPr>
        <w:spacing w:after="80"/>
      </w:pPr>
      <w:r>
        <w:t>Si une contestation ou un différend ne peut être réglé à l'amiable, le tribunal compétent est celui du lieu de [à préciser selon les règles applicables au stagiaire consommateur]. Le présent contrat est régi par le droit français.</w:t>
      </w:r>
    </w:p>
    <w:p>
      <w:pPr>
        <w:spacing w:before="200" w:after="80"/>
      </w:pPr>
      <w:r>
        <w:rPr>
          <w:b/>
          <w:color w:val="023C52"/>
          <w:sz w:val="28"/>
        </w:rPr>
        <w:t>Signatures</w:t>
      </w:r>
    </w:p>
    <w:p>
      <w:pPr>
        <w:spacing w:after="80"/>
      </w:pPr>
      <w:r>
        <w:t>Fait à [lieu], le [date], en deux exemplaires originaux, dont un remis au stagiaire.</w:t>
      </w:r>
    </w:p>
    <w:tbl>
      <w:tblPr>
        <w:tblStyle w:val="TableGrid"/>
        <w:tblW w:type="auto" w:w="0"/>
        <w:jc w:val="center"/>
        <w:tblLook w:firstColumn="1" w:firstRow="1" w:lastColumn="0" w:lastRow="0" w:noHBand="0" w:noVBand="1" w:val="04A0"/>
      </w:tblPr>
      <w:tblGrid>
        <w:gridCol w:w="4873"/>
        <w:gridCol w:w="4873"/>
      </w:tblGrid>
      <w:tr>
        <w:tc>
          <w:tcPr>
            <w:tcW w:type="dxa" w:w="4873"/>
            <w:shd w:val="clear" w:fill="023C52"/>
          </w:tcPr>
          <w:p>
            <w:r>
              <w:rPr>
                <w:b/>
                <w:color w:val="FFFFFF"/>
                <w:sz w:val="19"/>
              </w:rPr>
            </w:r>
            <w:r>
              <w:rPr>
                <w:b/>
                <w:color w:val="FFFFFF"/>
                <w:sz w:val="19"/>
              </w:rPr>
              <w:t>Le stagiaire</w:t>
            </w:r>
          </w:p>
        </w:tc>
        <w:tc>
          <w:tcPr>
            <w:tcW w:type="dxa" w:w="4873"/>
            <w:shd w:val="clear" w:fill="023C52"/>
          </w:tcPr>
          <w:p>
            <w:r>
              <w:rPr>
                <w:b/>
                <w:color w:val="FFFFFF"/>
                <w:sz w:val="19"/>
              </w:rPr>
            </w:r>
            <w:r>
              <w:rPr>
                <w:b/>
                <w:color w:val="FFFFFF"/>
                <w:sz w:val="19"/>
              </w:rPr>
              <w:t>Pour l'organisme de formation</w:t>
            </w:r>
          </w:p>
        </w:tc>
      </w:tr>
      <w:tr>
        <w:tc>
          <w:tcPr>
            <w:tcW w:type="dxa" w:w="4873"/>
          </w:tcPr>
          <w:p>
            <w:r>
              <w:rPr>
                <w:sz w:val="19"/>
              </w:rPr>
            </w:r>
            <w:r>
              <w:rPr>
                <w:sz w:val="19"/>
              </w:rPr>
              <w:t>[Nom, prénom]</w:t>
            </w:r>
          </w:p>
        </w:tc>
        <w:tc>
          <w:tcPr>
            <w:tcW w:type="dxa" w:w="4873"/>
          </w:tcPr>
          <w:p>
            <w:r>
              <w:rPr>
                <w:sz w:val="19"/>
              </w:rPr>
            </w:r>
            <w:r>
              <w:rPr>
                <w:sz w:val="19"/>
              </w:rPr>
              <w:t>[Nom, prénom, qualité]</w:t>
            </w:r>
          </w:p>
        </w:tc>
      </w:tr>
      <w:tr>
        <w:tc>
          <w:tcPr>
            <w:tcW w:type="dxa" w:w="4873"/>
          </w:tcPr>
          <w:p>
            <w:r>
              <w:rPr>
                <w:sz w:val="19"/>
              </w:rPr>
            </w:r>
            <w:r>
              <w:rPr>
                <w:sz w:val="19"/>
              </w:rPr>
              <w:t>Signature (précédée de la mention « lu et approuvé »)</w:t>
            </w:r>
          </w:p>
        </w:tc>
        <w:tc>
          <w:tcPr>
            <w:tcW w:type="dxa" w:w="4873"/>
          </w:tcPr>
          <w:p>
            <w:r>
              <w:rPr>
                <w:sz w:val="19"/>
              </w:rPr>
            </w:r>
            <w:r>
              <w:rPr>
                <w:sz w:val="19"/>
              </w:rPr>
              <w:t>Signature et cachet</w:t>
            </w:r>
          </w:p>
        </w:tc>
      </w:tr>
    </w:tbl>
    <w:p>
      <w:pPr>
        <w:spacing w:after="40"/>
      </w:pPr>
    </w:p>
    <w:p>
      <w:pPr>
        <w:pBdr>
          <w:bottom w:val="single" w:sz="6" w:space="1" w:color="E0E6EA"/>
        </w:pBdr>
        <w:spacing w:after="80"/>
      </w:pPr>
    </w:p>
    <w:p>
      <w:pPr>
        <w:spacing w:after="80"/>
      </w:pPr>
      <w:r>
        <w:rPr>
          <w:b/>
        </w:rPr>
        <w:t>BORDEREAU DE RÉTRACTATION</w:t>
      </w:r>
    </w:p>
    <w:p>
      <w:pPr>
        <w:spacing w:after="80"/>
      </w:pPr>
      <w:r>
        <w:rPr>
          <w:i/>
        </w:rPr>
        <w:t>(À compléter et à renvoyer uniquement si le stagiaire souhaite se rétracter, par lettre recommandée avec avis de réception, dans le délai de dix jours à compter de la signature du contrat, conformément à l'article L6353-5 du Code du travail.)</w:t>
      </w:r>
    </w:p>
    <w:p>
      <w:pPr>
        <w:spacing w:after="80"/>
      </w:pPr>
      <w:r>
        <w:t>À adresser à : [dénomination de l'organisme de formation], [adresse complète].</w:t>
      </w:r>
    </w:p>
    <w:p>
      <w:pPr>
        <w:spacing w:after="80"/>
      </w:pPr>
      <w:r>
        <w:t>Je soussigné(e) [nom, prénom], demeurant [adresse], déclare me rétracter du contrat de formation professionnelle intitulé « [intitulé de la formation] » que j'ai signé le [date de signature du contrat].</w:t>
      </w:r>
    </w:p>
    <w:p>
      <w:pPr>
        <w:spacing w:after="80"/>
      </w:pPr>
      <w:r>
        <w:t>Date : [date d'envoi]</w:t>
      </w:r>
    </w:p>
    <w:p>
      <w:pPr>
        <w:spacing w:after="80"/>
      </w:pPr>
      <w:r>
        <w:t>Signature du stagiaire :</w:t>
      </w:r>
    </w:p>
    <w:p>
      <w:pPr>
        <w:spacing w:after="80"/>
      </w:pPr>
      <w:r>
        <w:rPr>
          <w:i/>
        </w:rPr>
        <w:t>Conservez une copie de ce bordereau et l'avis de réception comme preuve de votre rétractation.</w:t>
      </w:r>
    </w:p>
    <w:p>
      <w:pPr>
        <w:pBdr>
          <w:bottom w:val="single" w:sz="6" w:space="1" w:color="E0E6EA"/>
        </w:pBdr>
        <w:spacing w:after="80"/>
      </w:pPr>
    </w:p>
    <w:p>
      <w:pPr>
        <w:spacing w:before="200" w:after="80"/>
      </w:pPr>
      <w:r>
        <w:rPr>
          <w:b/>
          <w:color w:val="023C52"/>
          <w:sz w:val="28"/>
        </w:rPr>
        <w:t>Conseils d'utilisation</w:t>
      </w:r>
    </w:p>
    <w:p>
      <w:pPr>
        <w:pStyle w:val="ListBullet"/>
      </w:pPr>
      <w:r>
        <w:rPr>
          <w:b/>
        </w:rPr>
        <w:t>Respectez la chronologie légale.</w:t>
      </w:r>
      <w:r>
        <w:t xml:space="preserve"> Le contrat doit être signé avant l'inscription définitive et avant tout encaissement. N'encaissez aucun paiement avant l'expiration des 10 jours de rétractation, et jamais plus de 30 % du prix avant le début effectif de la prestation : c'est une règle d'ordre public, sanctionnée à peine de nullité.</w:t>
      </w:r>
    </w:p>
    <w:p>
      <w:pPr>
        <w:pStyle w:val="ListBullet"/>
      </w:pPr>
      <w:r>
        <w:rPr>
          <w:b/>
        </w:rPr>
        <w:t>Personnalisez toutes les mentions de l'article L6353-4.</w:t>
      </w:r>
      <w:r>
        <w:t xml:space="preserve"> Programme, prérequis, modalités d'évaluation, nature de la sanction et qualifications des formateurs doivent être réellement renseignés. Un contrat aux rubriques vides ou génériques peut être annulé en cas de litige.</w:t>
      </w:r>
    </w:p>
    <w:p>
      <w:pPr>
        <w:pStyle w:val="ListBullet"/>
      </w:pPr>
      <w:r>
        <w:rPr>
          <w:b/>
        </w:rPr>
        <w:t>Joignez le programme détaillé et le règlement intérieur en annexe</w:t>
      </w:r>
      <w:r>
        <w:t xml:space="preserve"> pour solidifier le dossier, et conservez la preuve de remise d'un exemplaire au stagiaire ainsi que l'avis de réception en cas de rétractation.</w:t>
      </w:r>
    </w:p>
    <w:p>
      <w:pPr>
        <w:pStyle w:val="ListBullet"/>
      </w:pPr>
      <w:r>
        <w:rPr>
          <w:b/>
        </w:rPr>
        <w:t>Vérifiez que vous êtes dans le bon cas de figure.</w:t>
      </w:r>
      <w:r>
        <w:t xml:space="preserve"> Dès que le stagiaire finance lui-même tout ou partie de la formation, c'est ce contrat qui s'applique (et non la convention), même si un financeur intervient par ailleurs sur une autre partie du coût.</w:t>
      </w:r>
    </w:p>
    <w:p>
      <w:pPr>
        <w:spacing w:after="80"/>
      </w:pPr>
      <w:r>
        <w:rPr>
          <w:i/>
        </w:rPr>
        <w:t>Modèle fourni à titre indicatif par Certiforma. À adapter à votre situation. Ne constitue pas un conseil juridique.</w:t>
      </w:r>
    </w:p>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16B"/>
        <w:sz w:val="15"/>
      </w:rPr>
      <w:t>Modèle Certiforma  .  certiforma.fr  .  à adapter à votre situation, ne constitue pas un conseil juridique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64000" cy="198000"/>
          <wp:docPr id="1" name="Picture 1"/>
          <wp:cNvGraphicFramePr>
            <a:graphicFrameLocks noChangeAspect="1"/>
          </wp:cNvGraphicFramePr>
          <a:graphic>
            <a:graphicData uri="http://schemas.openxmlformats.org/drawingml/2006/picture">
              <pic:pic>
                <pic:nvPicPr>
                  <pic:cNvPr id="0" name="_logo-certiforma.png"/>
                  <pic:cNvPicPr/>
                </pic:nvPicPr>
                <pic:blipFill>
                  <a:blip r:embed="rId1"/>
                  <a:stretch>
                    <a:fillRect/>
                  </a:stretch>
                </pic:blipFill>
                <pic:spPr>
                  <a:xfrm>
                    <a:off x="0" y="0"/>
                    <a:ext cx="264000" cy="198000"/>
                  </a:xfrm>
                  <a:prstGeom prst="rect"/>
                </pic:spPr>
              </pic:pic>
            </a:graphicData>
          </a:graphic>
        </wp:inline>
      </w:drawing>
    </w:r>
    <w:r>
      <w:rPr>
        <w:b/>
        <w:color w:val="023C52"/>
        <w:sz w:val="26"/>
      </w:rPr>
      <w:t xml:space="preserve">  Certiforma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