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rPr>
          <w:b/>
          <w:color w:val="023C52"/>
          <w:sz w:val="38"/>
        </w:rPr>
        <w:t>Feuille d'émargement (modèle)</w:t>
      </w:r>
    </w:p>
    <w:p>
      <w:pPr>
        <w:spacing w:before="120" w:after="120"/>
        <w:ind w:left="170" w:right="113"/>
        <w:shd w:val="clear" w:fill="FFF8EC"/>
        <w:pBdr>
          <w:left w:val="single" w:sz="18" w:space="6" w:color="F49F0A"/>
        </w:pBdr>
      </w:pPr>
      <w:r>
        <w:rPr>
          <w:b/>
          <w:sz w:val="19"/>
        </w:rPr>
        <w:t>À quoi sert ce document</w:t>
      </w:r>
      <w:r>
        <w:rPr>
          <w:sz w:val="19"/>
        </w:rPr>
        <w:t xml:space="preserve"> : la feuille d'émargement (ou feuille de présence) atteste la présence effective de chaque stagiaire et du formateur, créneau par créneau, tout au long de l'action de formation. Elle se signe par demi-journée. </w:t>
      </w:r>
      <w:r>
        <w:rPr>
          <w:b/>
          <w:sz w:val="19"/>
        </w:rPr>
        <w:t>Important</w:t>
      </w:r>
      <w:r>
        <w:rPr>
          <w:sz w:val="19"/>
        </w:rPr>
        <w:t xml:space="preserve"> : c'est la preuve d'assiduité exigée par les financeurs (OPCO, France Travail, Caisse des Dépôts via le CPF, employeur, Conseil régional). Conservez-la précieusement : elle peut être réclamée lors d'un contrôle de service fait ou d'un audit.</w:t>
      </w:r>
    </w:p>
    <w:p>
      <w:pPr>
        <w:pBdr>
          <w:bottom w:val="single" w:sz="6" w:space="1" w:color="E0E6EA"/>
        </w:pBdr>
        <w:spacing w:after="80"/>
      </w:pPr>
    </w:p>
    <w:p>
      <w:pPr>
        <w:spacing w:before="200" w:after="80"/>
      </w:pPr>
      <w:r>
        <w:rPr>
          <w:b/>
          <w:color w:val="023C52"/>
          <w:sz w:val="28"/>
        </w:rPr>
        <w:t>En-tête</w:t>
      </w:r>
    </w:p>
    <w:p>
      <w:pPr>
        <w:spacing w:after="80"/>
      </w:pPr>
      <w:r>
        <w:rPr>
          <w:b/>
        </w:rPr>
        <w:t>Organisme de formation</w:t>
      </w:r>
    </w:p>
    <w:p>
      <w:pPr>
        <w:pStyle w:val="ListBullet"/>
      </w:pPr>
      <w:r>
        <w:t>Dénomination : [Nom de l'organisme de formation]</w:t>
      </w:r>
    </w:p>
    <w:p>
      <w:pPr>
        <w:pStyle w:val="ListBullet"/>
      </w:pPr>
      <w:r>
        <w:t>Numéro de déclaration d'activité (NDA) : [N° à 11 caractères]</w:t>
      </w:r>
    </w:p>
    <w:p>
      <w:pPr>
        <w:pStyle w:val="ListBullet"/>
      </w:pPr>
      <w:r>
        <w:t>Adresse : [Adresse complète]</w:t>
      </w:r>
    </w:p>
    <w:p>
      <w:pPr>
        <w:pStyle w:val="ListBullet"/>
      </w:pPr>
      <w:r>
        <w:t>Téléphone : [Téléphone] / Courriel : [Adresse e-mail]</w:t>
      </w:r>
    </w:p>
    <w:p>
      <w:pPr>
        <w:pStyle w:val="ListBullet"/>
      </w:pPr>
      <w:r>
        <w:t>SIRET : [N° SIRET]</w:t>
      </w:r>
    </w:p>
    <w:p>
      <w:pPr>
        <w:spacing w:after="80"/>
      </w:pPr>
      <w:r>
        <w:rPr>
          <w:b/>
        </w:rPr>
        <w:t>Action de formation</w:t>
      </w:r>
    </w:p>
    <w:p>
      <w:pPr>
        <w:pStyle w:val="ListBullet"/>
      </w:pPr>
      <w:r>
        <w:t>Intitulé de l'action : [Intitulé de la formation]</w:t>
      </w:r>
    </w:p>
    <w:p>
      <w:pPr>
        <w:pStyle w:val="ListBullet"/>
      </w:pPr>
      <w:r>
        <w:t>Nom du formateur ou de la formatrice : [Prénom NOM]</w:t>
      </w:r>
    </w:p>
    <w:p>
      <w:pPr>
        <w:pStyle w:val="ListBullet"/>
      </w:pPr>
      <w:r>
        <w:t>Lieu de la formation : [Adresse du lieu / mention "Formation à distance"]</w:t>
      </w:r>
    </w:p>
    <w:p>
      <w:pPr>
        <w:pStyle w:val="ListBullet"/>
      </w:pPr>
      <w:r>
        <w:t>Modalité : [Présentiel / À distance / Mixte]</w:t>
      </w:r>
    </w:p>
    <w:p>
      <w:pPr>
        <w:pStyle w:val="ListBullet"/>
      </w:pPr>
      <w:r>
        <w:t>Date(s) concernée(s) par cette feuille : [du JJ/MM/AAAA au JJ/MM/AAAA]</w:t>
      </w:r>
    </w:p>
    <w:p>
      <w:pPr>
        <w:pStyle w:val="ListBullet"/>
      </w:pPr>
      <w:r>
        <w:t>Durée totale de l'action : [Nombre] heures</w:t>
      </w:r>
    </w:p>
    <w:p>
      <w:pPr>
        <w:pBdr>
          <w:bottom w:val="single" w:sz="6" w:space="1" w:color="E0E6EA"/>
        </w:pBdr>
        <w:spacing w:after="80"/>
      </w:pPr>
    </w:p>
    <w:p>
      <w:pPr>
        <w:spacing w:before="200" w:after="80"/>
      </w:pPr>
      <w:r>
        <w:rPr>
          <w:b/>
          <w:color w:val="023C52"/>
          <w:sz w:val="28"/>
        </w:rPr>
        <w:t>Tableau d'émargement (présentiel)</w:t>
      </w:r>
    </w:p>
    <w:p>
      <w:pPr>
        <w:spacing w:after="80"/>
      </w:pPr>
      <w:r>
        <w:t>Chaque stagiaire signe dans la case correspondant à chaque demi-journée de présence. Une case par créneau (matin et après-midi).</w:t>
      </w:r>
    </w:p>
    <w:tbl>
      <w:tblPr>
        <w:tblStyle w:val="TableGrid"/>
        <w:tblW w:type="auto" w:w="0"/>
        <w:jc w:val="center"/>
        <w:tblLook w:firstColumn="1" w:firstRow="1" w:lastColumn="0" w:lastRow="0" w:noHBand="0" w:noVBand="1" w:val="04A0"/>
      </w:tblPr>
      <w:tblGrid>
        <w:gridCol w:w="1949"/>
        <w:gridCol w:w="1949"/>
        <w:gridCol w:w="1949"/>
        <w:gridCol w:w="1949"/>
        <w:gridCol w:w="1949"/>
      </w:tblGrid>
      <w:tr>
        <w:tc>
          <w:tcPr>
            <w:tcW w:type="dxa" w:w="1949"/>
            <w:shd w:val="clear" w:fill="023C52"/>
          </w:tcPr>
          <w:p>
            <w:r>
              <w:rPr>
                <w:b/>
                <w:color w:val="FFFFFF"/>
                <w:sz w:val="19"/>
              </w:rPr>
            </w:r>
            <w:r>
              <w:rPr>
                <w:b/>
                <w:color w:val="FFFFFF"/>
                <w:sz w:val="19"/>
              </w:rPr>
              <w:t>Nom et prénom du stagiaire</w:t>
            </w:r>
          </w:p>
        </w:tc>
        <w:tc>
          <w:tcPr>
            <w:tcW w:type="dxa" w:w="1949"/>
            <w:shd w:val="clear" w:fill="023C52"/>
          </w:tcPr>
          <w:p>
            <w:r>
              <w:rPr>
                <w:b/>
                <w:color w:val="FFFFFF"/>
                <w:sz w:val="19"/>
              </w:rPr>
            </w:r>
            <w:r>
              <w:rPr>
                <w:b/>
                <w:color w:val="FFFFFF"/>
                <w:sz w:val="19"/>
              </w:rPr>
              <w:t>[JJ/MM] Matin ([9h00-12h30])</w:t>
            </w:r>
          </w:p>
        </w:tc>
        <w:tc>
          <w:tcPr>
            <w:tcW w:type="dxa" w:w="1949"/>
            <w:shd w:val="clear" w:fill="023C52"/>
          </w:tcPr>
          <w:p>
            <w:r>
              <w:rPr>
                <w:b/>
                <w:color w:val="FFFFFF"/>
                <w:sz w:val="19"/>
              </w:rPr>
            </w:r>
            <w:r>
              <w:rPr>
                <w:b/>
                <w:color w:val="FFFFFF"/>
                <w:sz w:val="19"/>
              </w:rPr>
              <w:t>[JJ/MM] Après-midi ([13h30-17h00])</w:t>
            </w:r>
          </w:p>
        </w:tc>
        <w:tc>
          <w:tcPr>
            <w:tcW w:type="dxa" w:w="1949"/>
            <w:shd w:val="clear" w:fill="023C52"/>
          </w:tcPr>
          <w:p>
            <w:r>
              <w:rPr>
                <w:b/>
                <w:color w:val="FFFFFF"/>
                <w:sz w:val="19"/>
              </w:rPr>
            </w:r>
            <w:r>
              <w:rPr>
                <w:b/>
                <w:color w:val="FFFFFF"/>
                <w:sz w:val="19"/>
              </w:rPr>
              <w:t>[JJ/MM] Matin ([9h00-12h30])</w:t>
            </w:r>
          </w:p>
        </w:tc>
        <w:tc>
          <w:tcPr>
            <w:tcW w:type="dxa" w:w="1949"/>
            <w:shd w:val="clear" w:fill="023C52"/>
          </w:tcPr>
          <w:p>
            <w:r>
              <w:rPr>
                <w:b/>
                <w:color w:val="FFFFFF"/>
                <w:sz w:val="19"/>
              </w:rPr>
            </w:r>
            <w:r>
              <w:rPr>
                <w:b/>
                <w:color w:val="FFFFFF"/>
                <w:sz w:val="19"/>
              </w:rPr>
              <w:t>[JJ/MM] Après-midi ([13h30-17h00])</w:t>
            </w:r>
          </w:p>
        </w:tc>
      </w:tr>
      <w:tr>
        <w:tc>
          <w:tcPr>
            <w:tcW w:type="dxa" w:w="1949"/>
          </w:tcPr>
          <w:p>
            <w:r>
              <w:rPr>
                <w:sz w:val="19"/>
              </w:rPr>
            </w:r>
            <w:r>
              <w:rPr>
                <w:sz w:val="19"/>
              </w:rPr>
              <w:t>[Prénom NOM]</w:t>
            </w:r>
          </w:p>
        </w:tc>
        <w:tc>
          <w:tcPr>
            <w:tcW w:type="dxa" w:w="1949"/>
          </w:tcPr>
          <w:p>
            <w:r>
              <w:rPr>
                <w:sz w:val="19"/>
              </w:rPr>
            </w:r>
          </w:p>
        </w:tc>
        <w:tc>
          <w:tcPr>
            <w:tcW w:type="dxa" w:w="1949"/>
          </w:tcPr>
          <w:p>
            <w:r>
              <w:rPr>
                <w:sz w:val="19"/>
              </w:rPr>
            </w:r>
          </w:p>
        </w:tc>
        <w:tc>
          <w:tcPr>
            <w:tcW w:type="dxa" w:w="1949"/>
          </w:tcPr>
          <w:p>
            <w:r>
              <w:rPr>
                <w:sz w:val="19"/>
              </w:rPr>
            </w:r>
          </w:p>
        </w:tc>
        <w:tc>
          <w:tcPr>
            <w:tcW w:type="dxa" w:w="1949"/>
          </w:tcPr>
          <w:p>
            <w:r>
              <w:rPr>
                <w:sz w:val="19"/>
              </w:rPr>
            </w:r>
          </w:p>
        </w:tc>
      </w:tr>
      <w:tr>
        <w:tc>
          <w:tcPr>
            <w:tcW w:type="dxa" w:w="1949"/>
          </w:tcPr>
          <w:p>
            <w:r>
              <w:rPr>
                <w:sz w:val="19"/>
              </w:rPr>
            </w:r>
            <w:r>
              <w:rPr>
                <w:sz w:val="19"/>
              </w:rPr>
              <w:t>[Prénom NOM]</w:t>
            </w:r>
          </w:p>
        </w:tc>
        <w:tc>
          <w:tcPr>
            <w:tcW w:type="dxa" w:w="1949"/>
          </w:tcPr>
          <w:p>
            <w:r>
              <w:rPr>
                <w:sz w:val="19"/>
              </w:rPr>
            </w:r>
          </w:p>
        </w:tc>
        <w:tc>
          <w:tcPr>
            <w:tcW w:type="dxa" w:w="1949"/>
          </w:tcPr>
          <w:p>
            <w:r>
              <w:rPr>
                <w:sz w:val="19"/>
              </w:rPr>
            </w:r>
          </w:p>
        </w:tc>
        <w:tc>
          <w:tcPr>
            <w:tcW w:type="dxa" w:w="1949"/>
          </w:tcPr>
          <w:p>
            <w:r>
              <w:rPr>
                <w:sz w:val="19"/>
              </w:rPr>
            </w:r>
          </w:p>
        </w:tc>
        <w:tc>
          <w:tcPr>
            <w:tcW w:type="dxa" w:w="1949"/>
          </w:tcPr>
          <w:p>
            <w:r>
              <w:rPr>
                <w:sz w:val="19"/>
              </w:rPr>
            </w:r>
          </w:p>
        </w:tc>
      </w:tr>
      <w:tr>
        <w:tc>
          <w:tcPr>
            <w:tcW w:type="dxa" w:w="1949"/>
          </w:tcPr>
          <w:p>
            <w:r>
              <w:rPr>
                <w:sz w:val="19"/>
              </w:rPr>
            </w:r>
            <w:r>
              <w:rPr>
                <w:sz w:val="19"/>
              </w:rPr>
              <w:t>[Prénom NOM]</w:t>
            </w:r>
          </w:p>
        </w:tc>
        <w:tc>
          <w:tcPr>
            <w:tcW w:type="dxa" w:w="1949"/>
          </w:tcPr>
          <w:p>
            <w:r>
              <w:rPr>
                <w:sz w:val="19"/>
              </w:rPr>
            </w:r>
          </w:p>
        </w:tc>
        <w:tc>
          <w:tcPr>
            <w:tcW w:type="dxa" w:w="1949"/>
          </w:tcPr>
          <w:p>
            <w:r>
              <w:rPr>
                <w:sz w:val="19"/>
              </w:rPr>
            </w:r>
          </w:p>
        </w:tc>
        <w:tc>
          <w:tcPr>
            <w:tcW w:type="dxa" w:w="1949"/>
          </w:tcPr>
          <w:p>
            <w:r>
              <w:rPr>
                <w:sz w:val="19"/>
              </w:rPr>
            </w:r>
          </w:p>
        </w:tc>
        <w:tc>
          <w:tcPr>
            <w:tcW w:type="dxa" w:w="1949"/>
          </w:tcPr>
          <w:p>
            <w:r>
              <w:rPr>
                <w:sz w:val="19"/>
              </w:rPr>
            </w:r>
          </w:p>
        </w:tc>
      </w:tr>
      <w:tr>
        <w:tc>
          <w:tcPr>
            <w:tcW w:type="dxa" w:w="1949"/>
          </w:tcPr>
          <w:p>
            <w:r>
              <w:rPr>
                <w:sz w:val="19"/>
              </w:rPr>
            </w:r>
            <w:r>
              <w:rPr>
                <w:sz w:val="19"/>
              </w:rPr>
              <w:t>[Prénom NOM]</w:t>
            </w:r>
          </w:p>
        </w:tc>
        <w:tc>
          <w:tcPr>
            <w:tcW w:type="dxa" w:w="1949"/>
          </w:tcPr>
          <w:p>
            <w:r>
              <w:rPr>
                <w:sz w:val="19"/>
              </w:rPr>
            </w:r>
          </w:p>
        </w:tc>
        <w:tc>
          <w:tcPr>
            <w:tcW w:type="dxa" w:w="1949"/>
          </w:tcPr>
          <w:p>
            <w:r>
              <w:rPr>
                <w:sz w:val="19"/>
              </w:rPr>
            </w:r>
          </w:p>
        </w:tc>
        <w:tc>
          <w:tcPr>
            <w:tcW w:type="dxa" w:w="1949"/>
          </w:tcPr>
          <w:p>
            <w:r>
              <w:rPr>
                <w:sz w:val="19"/>
              </w:rPr>
            </w:r>
          </w:p>
        </w:tc>
        <w:tc>
          <w:tcPr>
            <w:tcW w:type="dxa" w:w="1949"/>
          </w:tcPr>
          <w:p>
            <w:r>
              <w:rPr>
                <w:sz w:val="19"/>
              </w:rPr>
            </w:r>
          </w:p>
        </w:tc>
      </w:tr>
      <w:tr>
        <w:tc>
          <w:tcPr>
            <w:tcW w:type="dxa" w:w="1949"/>
          </w:tcPr>
          <w:p>
            <w:r>
              <w:rPr>
                <w:sz w:val="19"/>
              </w:rPr>
            </w:r>
            <w:r>
              <w:rPr>
                <w:sz w:val="19"/>
              </w:rPr>
              <w:t>[Prénom NOM]</w:t>
            </w:r>
          </w:p>
        </w:tc>
        <w:tc>
          <w:tcPr>
            <w:tcW w:type="dxa" w:w="1949"/>
          </w:tcPr>
          <w:p>
            <w:r>
              <w:rPr>
                <w:sz w:val="19"/>
              </w:rPr>
            </w:r>
          </w:p>
        </w:tc>
        <w:tc>
          <w:tcPr>
            <w:tcW w:type="dxa" w:w="1949"/>
          </w:tcPr>
          <w:p>
            <w:r>
              <w:rPr>
                <w:sz w:val="19"/>
              </w:rPr>
            </w:r>
          </w:p>
        </w:tc>
        <w:tc>
          <w:tcPr>
            <w:tcW w:type="dxa" w:w="1949"/>
          </w:tcPr>
          <w:p>
            <w:r>
              <w:rPr>
                <w:sz w:val="19"/>
              </w:rPr>
            </w:r>
          </w:p>
        </w:tc>
        <w:tc>
          <w:tcPr>
            <w:tcW w:type="dxa" w:w="1949"/>
          </w:tcPr>
          <w:p>
            <w:r>
              <w:rPr>
                <w:sz w:val="19"/>
              </w:rPr>
            </w:r>
          </w:p>
        </w:tc>
      </w:tr>
      <w:tr>
        <w:tc>
          <w:tcPr>
            <w:tcW w:type="dxa" w:w="1949"/>
          </w:tcPr>
          <w:p>
            <w:r>
              <w:rPr>
                <w:sz w:val="19"/>
              </w:rPr>
            </w:r>
            <w:r>
              <w:rPr>
                <w:sz w:val="19"/>
              </w:rPr>
              <w:t>[Prénom NOM]</w:t>
            </w:r>
          </w:p>
        </w:tc>
        <w:tc>
          <w:tcPr>
            <w:tcW w:type="dxa" w:w="1949"/>
          </w:tcPr>
          <w:p>
            <w:r>
              <w:rPr>
                <w:sz w:val="19"/>
              </w:rPr>
            </w:r>
          </w:p>
        </w:tc>
        <w:tc>
          <w:tcPr>
            <w:tcW w:type="dxa" w:w="1949"/>
          </w:tcPr>
          <w:p>
            <w:r>
              <w:rPr>
                <w:sz w:val="19"/>
              </w:rPr>
            </w:r>
          </w:p>
        </w:tc>
        <w:tc>
          <w:tcPr>
            <w:tcW w:type="dxa" w:w="1949"/>
          </w:tcPr>
          <w:p>
            <w:r>
              <w:rPr>
                <w:sz w:val="19"/>
              </w:rPr>
            </w:r>
          </w:p>
        </w:tc>
        <w:tc>
          <w:tcPr>
            <w:tcW w:type="dxa" w:w="1949"/>
          </w:tcPr>
          <w:p>
            <w:r>
              <w:rPr>
                <w:sz w:val="19"/>
              </w:rPr>
            </w:r>
          </w:p>
        </w:tc>
      </w:tr>
      <w:tr>
        <w:tc>
          <w:tcPr>
            <w:tcW w:type="dxa" w:w="1949"/>
          </w:tcPr>
          <w:p>
            <w:r>
              <w:rPr>
                <w:sz w:val="19"/>
              </w:rPr>
            </w:r>
            <w:r>
              <w:rPr>
                <w:sz w:val="19"/>
              </w:rPr>
              <w:t>[Prénom NOM]</w:t>
            </w:r>
          </w:p>
        </w:tc>
        <w:tc>
          <w:tcPr>
            <w:tcW w:type="dxa" w:w="1949"/>
          </w:tcPr>
          <w:p>
            <w:r>
              <w:rPr>
                <w:sz w:val="19"/>
              </w:rPr>
            </w:r>
          </w:p>
        </w:tc>
        <w:tc>
          <w:tcPr>
            <w:tcW w:type="dxa" w:w="1949"/>
          </w:tcPr>
          <w:p>
            <w:r>
              <w:rPr>
                <w:sz w:val="19"/>
              </w:rPr>
            </w:r>
          </w:p>
        </w:tc>
        <w:tc>
          <w:tcPr>
            <w:tcW w:type="dxa" w:w="1949"/>
          </w:tcPr>
          <w:p>
            <w:r>
              <w:rPr>
                <w:sz w:val="19"/>
              </w:rPr>
            </w:r>
          </w:p>
        </w:tc>
        <w:tc>
          <w:tcPr>
            <w:tcW w:type="dxa" w:w="1949"/>
          </w:tcPr>
          <w:p>
            <w:r>
              <w:rPr>
                <w:sz w:val="19"/>
              </w:rPr>
            </w:r>
          </w:p>
        </w:tc>
      </w:tr>
      <w:tr>
        <w:tc>
          <w:tcPr>
            <w:tcW w:type="dxa" w:w="1949"/>
          </w:tcPr>
          <w:p>
            <w:r>
              <w:rPr>
                <w:sz w:val="19"/>
              </w:rPr>
            </w:r>
            <w:r>
              <w:rPr>
                <w:sz w:val="19"/>
              </w:rPr>
              <w:t>[Prénom NOM]</w:t>
            </w:r>
          </w:p>
        </w:tc>
        <w:tc>
          <w:tcPr>
            <w:tcW w:type="dxa" w:w="1949"/>
          </w:tcPr>
          <w:p>
            <w:r>
              <w:rPr>
                <w:sz w:val="19"/>
              </w:rPr>
            </w:r>
          </w:p>
        </w:tc>
        <w:tc>
          <w:tcPr>
            <w:tcW w:type="dxa" w:w="1949"/>
          </w:tcPr>
          <w:p>
            <w:r>
              <w:rPr>
                <w:sz w:val="19"/>
              </w:rPr>
            </w:r>
          </w:p>
        </w:tc>
        <w:tc>
          <w:tcPr>
            <w:tcW w:type="dxa" w:w="1949"/>
          </w:tcPr>
          <w:p>
            <w:r>
              <w:rPr>
                <w:sz w:val="19"/>
              </w:rPr>
            </w:r>
          </w:p>
        </w:tc>
        <w:tc>
          <w:tcPr>
            <w:tcW w:type="dxa" w:w="1949"/>
          </w:tcPr>
          <w:p>
            <w:r>
              <w:rPr>
                <w:sz w:val="19"/>
              </w:rPr>
            </w:r>
          </w:p>
        </w:tc>
      </w:tr>
      <w:tr>
        <w:tc>
          <w:tcPr>
            <w:tcW w:type="dxa" w:w="1949"/>
          </w:tcPr>
          <w:p>
            <w:r>
              <w:rPr>
                <w:sz w:val="19"/>
              </w:rPr>
            </w:r>
            <w:r>
              <w:rPr>
                <w:b/>
                <w:sz w:val="19"/>
              </w:rPr>
              <w:t>Signature du formateur ou de la formatrice</w:t>
            </w:r>
          </w:p>
        </w:tc>
        <w:tc>
          <w:tcPr>
            <w:tcW w:type="dxa" w:w="1949"/>
          </w:tcPr>
          <w:p>
            <w:r>
              <w:rPr>
                <w:sz w:val="19"/>
              </w:rPr>
            </w:r>
          </w:p>
        </w:tc>
        <w:tc>
          <w:tcPr>
            <w:tcW w:type="dxa" w:w="1949"/>
          </w:tcPr>
          <w:p>
            <w:r>
              <w:rPr>
                <w:sz w:val="19"/>
              </w:rPr>
            </w:r>
          </w:p>
        </w:tc>
        <w:tc>
          <w:tcPr>
            <w:tcW w:type="dxa" w:w="1949"/>
          </w:tcPr>
          <w:p>
            <w:r>
              <w:rPr>
                <w:sz w:val="19"/>
              </w:rPr>
            </w:r>
          </w:p>
        </w:tc>
        <w:tc>
          <w:tcPr>
            <w:tcW w:type="dxa" w:w="1949"/>
          </w:tcPr>
          <w:p>
            <w:r>
              <w:rPr>
                <w:sz w:val="19"/>
              </w:rPr>
            </w:r>
          </w:p>
        </w:tc>
      </w:tr>
    </w:tbl>
    <w:p>
      <w:pPr>
        <w:spacing w:after="40"/>
      </w:pPr>
    </w:p>
    <w:p>
      <w:pPr>
        <w:spacing w:after="80"/>
      </w:pPr>
      <w:r>
        <w:rPr>
          <w:i/>
        </w:rPr>
        <w:t>Ajoutez autant de lignes que de stagiaires et autant de colonnes que de demi-journées. Pour une action s'étalant sur plusieurs jours, dupliquez le tableau ou prévoyez une feuille par journée.</w:t>
      </w:r>
    </w:p>
    <w:p>
      <w:pPr>
        <w:pBdr>
          <w:bottom w:val="single" w:sz="6" w:space="1" w:color="E0E6EA"/>
        </w:pBdr>
        <w:spacing w:after="80"/>
      </w:pPr>
    </w:p>
    <w:p>
      <w:pPr>
        <w:spacing w:before="200" w:after="80"/>
      </w:pPr>
      <w:r>
        <w:rPr>
          <w:b/>
          <w:color w:val="023C52"/>
          <w:sz w:val="28"/>
        </w:rPr>
        <w:t>Note pour la formation à distance (distanciel)</w:t>
      </w:r>
    </w:p>
    <w:p>
      <w:pPr>
        <w:spacing w:after="80"/>
      </w:pPr>
      <w:r>
        <w:t>En formation à distance, la signature manuscrite par demi-journée n'est pas toujours possible. La preuve d'assiduité repose alors sur des éléments de traçabilité. Adaptez le tableau ci-dessus en remplaçant les cases de signature par l'une des modalités suivantes :</w:t>
      </w:r>
    </w:p>
    <w:p>
      <w:pPr>
        <w:pStyle w:val="ListBullet"/>
      </w:pPr>
      <w:r>
        <w:rPr>
          <w:b/>
        </w:rPr>
        <w:t>Émargement électronique</w:t>
      </w:r>
      <w:r>
        <w:t xml:space="preserve"> : signature en ligne par demi-journée via une plateforme dédiée, avec horodatage.</w:t>
      </w:r>
    </w:p>
    <w:p>
      <w:pPr>
        <w:pStyle w:val="ListBullet"/>
      </w:pPr>
      <w:r>
        <w:rPr>
          <w:b/>
        </w:rPr>
        <w:t>Attestation de connexion ou d'assiduité</w:t>
      </w:r>
      <w:r>
        <w:t xml:space="preserve"> : relevé extrait de la plateforme (LMS ou outil de visioconférence) précisant les dates, créneaux et durées de connexion de chaque participant.</w:t>
      </w:r>
    </w:p>
    <w:p>
      <w:pPr>
        <w:pStyle w:val="ListBullet"/>
      </w:pPr>
      <w:r>
        <w:rPr>
          <w:b/>
        </w:rPr>
        <w:t>Justificatifs d'activité</w:t>
      </w:r>
      <w:r>
        <w:t xml:space="preserve"> : traces de réalisation des travaux et activités demandés (rendus, quiz, exercices) horodatées.</w:t>
      </w:r>
    </w:p>
    <w:p>
      <w:pPr>
        <w:spacing w:after="80"/>
      </w:pPr>
      <w:r>
        <w:t>Mention à faire figurer pour le distanciel :</w:t>
      </w:r>
    </w:p>
    <w:p>
      <w:pPr>
        <w:spacing w:before="120" w:after="120"/>
        <w:ind w:left="170" w:right="113"/>
        <w:shd w:val="clear" w:fill="FFF8EC"/>
        <w:pBdr>
          <w:left w:val="single" w:sz="18" w:space="6" w:color="F49F0A"/>
        </w:pBdr>
      </w:pPr>
      <w:r>
        <w:rPr>
          <w:i/>
          <w:sz w:val="19"/>
        </w:rPr>
        <w:t>L'assiduité des stagiaires en formation à distance est justifiée par [attestation de connexion / relevé d'assiduité de la plateforme / émargement électronique horodaté] conservé(e) par l'organisme de formation et tenu(e) à disposition du financeur.</w:t>
      </w:r>
    </w:p>
    <w:tbl>
      <w:tblPr>
        <w:tblStyle w:val="TableGrid"/>
        <w:tblW w:type="auto" w:w="0"/>
        <w:jc w:val="center"/>
        <w:tblLook w:firstColumn="1" w:firstRow="1" w:lastColumn="0" w:lastRow="0" w:noHBand="0" w:noVBand="1" w:val="04A0"/>
      </w:tblPr>
      <w:tblGrid>
        <w:gridCol w:w="2436"/>
        <w:gridCol w:w="2436"/>
        <w:gridCol w:w="2436"/>
        <w:gridCol w:w="2436"/>
      </w:tblGrid>
      <w:tr>
        <w:tc>
          <w:tcPr>
            <w:tcW w:type="dxa" w:w="2436"/>
            <w:shd w:val="clear" w:fill="023C52"/>
          </w:tcPr>
          <w:p>
            <w:r>
              <w:rPr>
                <w:b/>
                <w:color w:val="FFFFFF"/>
                <w:sz w:val="19"/>
              </w:rPr>
            </w:r>
            <w:r>
              <w:rPr>
                <w:b/>
                <w:color w:val="FFFFFF"/>
                <w:sz w:val="19"/>
              </w:rPr>
              <w:t>Nom et prénom du stagiaire</w:t>
            </w:r>
          </w:p>
        </w:tc>
        <w:tc>
          <w:tcPr>
            <w:tcW w:type="dxa" w:w="2436"/>
            <w:shd w:val="clear" w:fill="023C52"/>
          </w:tcPr>
          <w:p>
            <w:r>
              <w:rPr>
                <w:b/>
                <w:color w:val="FFFFFF"/>
                <w:sz w:val="19"/>
              </w:rPr>
            </w:r>
            <w:r>
              <w:rPr>
                <w:b/>
                <w:color w:val="FFFFFF"/>
                <w:sz w:val="19"/>
              </w:rPr>
              <w:t>[JJ/MM] Matin</w:t>
            </w:r>
          </w:p>
        </w:tc>
        <w:tc>
          <w:tcPr>
            <w:tcW w:type="dxa" w:w="2436"/>
            <w:shd w:val="clear" w:fill="023C52"/>
          </w:tcPr>
          <w:p>
            <w:r>
              <w:rPr>
                <w:b/>
                <w:color w:val="FFFFFF"/>
                <w:sz w:val="19"/>
              </w:rPr>
            </w:r>
            <w:r>
              <w:rPr>
                <w:b/>
                <w:color w:val="FFFFFF"/>
                <w:sz w:val="19"/>
              </w:rPr>
              <w:t>[JJ/MM] Après-midi</w:t>
            </w:r>
          </w:p>
        </w:tc>
        <w:tc>
          <w:tcPr>
            <w:tcW w:type="dxa" w:w="2436"/>
            <w:shd w:val="clear" w:fill="023C52"/>
          </w:tcPr>
          <w:p>
            <w:r>
              <w:rPr>
                <w:b/>
                <w:color w:val="FFFFFF"/>
                <w:sz w:val="19"/>
              </w:rPr>
            </w:r>
            <w:r>
              <w:rPr>
                <w:b/>
                <w:color w:val="FFFFFF"/>
                <w:sz w:val="19"/>
              </w:rPr>
              <w:t>Justificatif d'assiduité (à distance)</w:t>
            </w:r>
          </w:p>
        </w:tc>
      </w:tr>
      <w:tr>
        <w:tc>
          <w:tcPr>
            <w:tcW w:type="dxa" w:w="2436"/>
          </w:tcPr>
          <w:p>
            <w:r>
              <w:rPr>
                <w:sz w:val="19"/>
              </w:rPr>
            </w:r>
            <w:r>
              <w:rPr>
                <w:sz w:val="19"/>
              </w:rPr>
              <w:t>[Prénom NOM]</w:t>
            </w:r>
          </w:p>
        </w:tc>
        <w:tc>
          <w:tcPr>
            <w:tcW w:type="dxa" w:w="2436"/>
          </w:tcPr>
          <w:p>
            <w:r>
              <w:rPr>
                <w:sz w:val="19"/>
              </w:rPr>
            </w:r>
            <w:r>
              <w:rPr>
                <w:sz w:val="19"/>
              </w:rPr>
              <w:t>[Connecté / Absent]</w:t>
            </w:r>
          </w:p>
        </w:tc>
        <w:tc>
          <w:tcPr>
            <w:tcW w:type="dxa" w:w="2436"/>
          </w:tcPr>
          <w:p>
            <w:r>
              <w:rPr>
                <w:sz w:val="19"/>
              </w:rPr>
            </w:r>
            <w:r>
              <w:rPr>
                <w:sz w:val="19"/>
              </w:rPr>
              <w:t>[Connecté / Absent]</w:t>
            </w:r>
          </w:p>
        </w:tc>
        <w:tc>
          <w:tcPr>
            <w:tcW w:type="dxa" w:w="2436"/>
          </w:tcPr>
          <w:p>
            <w:r>
              <w:rPr>
                <w:sz w:val="19"/>
              </w:rPr>
            </w:r>
            <w:r>
              <w:rPr>
                <w:sz w:val="19"/>
              </w:rPr>
              <w:t>[Attestation de connexion n° ... / Relevé LMS]</w:t>
            </w:r>
          </w:p>
        </w:tc>
      </w:tr>
      <w:tr>
        <w:tc>
          <w:tcPr>
            <w:tcW w:type="dxa" w:w="2436"/>
          </w:tcPr>
          <w:p>
            <w:r>
              <w:rPr>
                <w:sz w:val="19"/>
              </w:rPr>
            </w:r>
            <w:r>
              <w:rPr>
                <w:sz w:val="19"/>
              </w:rPr>
              <w:t>[Prénom NOM]</w:t>
            </w:r>
          </w:p>
        </w:tc>
        <w:tc>
          <w:tcPr>
            <w:tcW w:type="dxa" w:w="2436"/>
          </w:tcPr>
          <w:p>
            <w:r>
              <w:rPr>
                <w:sz w:val="19"/>
              </w:rPr>
            </w:r>
            <w:r>
              <w:rPr>
                <w:sz w:val="19"/>
              </w:rPr>
              <w:t>[Connecté / Absent]</w:t>
            </w:r>
          </w:p>
        </w:tc>
        <w:tc>
          <w:tcPr>
            <w:tcW w:type="dxa" w:w="2436"/>
          </w:tcPr>
          <w:p>
            <w:r>
              <w:rPr>
                <w:sz w:val="19"/>
              </w:rPr>
            </w:r>
            <w:r>
              <w:rPr>
                <w:sz w:val="19"/>
              </w:rPr>
              <w:t>[Connecté / Absent]</w:t>
            </w:r>
          </w:p>
        </w:tc>
        <w:tc>
          <w:tcPr>
            <w:tcW w:type="dxa" w:w="2436"/>
          </w:tcPr>
          <w:p>
            <w:r>
              <w:rPr>
                <w:sz w:val="19"/>
              </w:rPr>
            </w:r>
            <w:r>
              <w:rPr>
                <w:sz w:val="19"/>
              </w:rPr>
              <w:t>[Attestation de connexion n° ... / Relevé LMS]</w:t>
            </w:r>
          </w:p>
        </w:tc>
      </w:tr>
      <w:tr>
        <w:tc>
          <w:tcPr>
            <w:tcW w:type="dxa" w:w="2436"/>
          </w:tcPr>
          <w:p>
            <w:r>
              <w:rPr>
                <w:sz w:val="19"/>
              </w:rPr>
            </w:r>
            <w:r>
              <w:rPr>
                <w:sz w:val="19"/>
              </w:rPr>
              <w:t>[Prénom NOM]</w:t>
            </w:r>
          </w:p>
        </w:tc>
        <w:tc>
          <w:tcPr>
            <w:tcW w:type="dxa" w:w="2436"/>
          </w:tcPr>
          <w:p>
            <w:r>
              <w:rPr>
                <w:sz w:val="19"/>
              </w:rPr>
            </w:r>
            <w:r>
              <w:rPr>
                <w:sz w:val="19"/>
              </w:rPr>
              <w:t>[Connecté / Absent]</w:t>
            </w:r>
          </w:p>
        </w:tc>
        <w:tc>
          <w:tcPr>
            <w:tcW w:type="dxa" w:w="2436"/>
          </w:tcPr>
          <w:p>
            <w:r>
              <w:rPr>
                <w:sz w:val="19"/>
              </w:rPr>
            </w:r>
            <w:r>
              <w:rPr>
                <w:sz w:val="19"/>
              </w:rPr>
              <w:t>[Connecté / Absent]</w:t>
            </w:r>
          </w:p>
        </w:tc>
        <w:tc>
          <w:tcPr>
            <w:tcW w:type="dxa" w:w="2436"/>
          </w:tcPr>
          <w:p>
            <w:r>
              <w:rPr>
                <w:sz w:val="19"/>
              </w:rPr>
            </w:r>
            <w:r>
              <w:rPr>
                <w:sz w:val="19"/>
              </w:rPr>
              <w:t>[Attestation de connexion n° ... / Relevé LMS]</w:t>
            </w:r>
          </w:p>
        </w:tc>
      </w:tr>
      <w:tr>
        <w:tc>
          <w:tcPr>
            <w:tcW w:type="dxa" w:w="2436"/>
          </w:tcPr>
          <w:p>
            <w:r>
              <w:rPr>
                <w:sz w:val="19"/>
              </w:rPr>
            </w:r>
            <w:r>
              <w:rPr>
                <w:b/>
                <w:sz w:val="19"/>
              </w:rPr>
              <w:t>Formateur ou formatrice</w:t>
            </w:r>
          </w:p>
        </w:tc>
        <w:tc>
          <w:tcPr>
            <w:tcW w:type="dxa" w:w="2436"/>
          </w:tcPr>
          <w:p>
            <w:r>
              <w:rPr>
                <w:sz w:val="19"/>
              </w:rPr>
            </w:r>
            <w:r>
              <w:rPr>
                <w:sz w:val="19"/>
              </w:rPr>
              <w:t>[Présent]</w:t>
            </w:r>
          </w:p>
        </w:tc>
        <w:tc>
          <w:tcPr>
            <w:tcW w:type="dxa" w:w="2436"/>
          </w:tcPr>
          <w:p>
            <w:r>
              <w:rPr>
                <w:sz w:val="19"/>
              </w:rPr>
            </w:r>
            <w:r>
              <w:rPr>
                <w:sz w:val="19"/>
              </w:rPr>
              <w:t>[Présent]</w:t>
            </w:r>
          </w:p>
        </w:tc>
        <w:tc>
          <w:tcPr>
            <w:tcW w:type="dxa" w:w="2436"/>
          </w:tcPr>
          <w:p>
            <w:r>
              <w:rPr>
                <w:sz w:val="19"/>
              </w:rPr>
            </w:r>
            <w:r>
              <w:rPr>
                <w:sz w:val="19"/>
              </w:rPr>
              <w:t>[Visa / horodatage plateforme]</w:t>
            </w:r>
          </w:p>
        </w:tc>
      </w:tr>
    </w:tbl>
    <w:p>
      <w:pPr>
        <w:spacing w:after="40"/>
      </w:pPr>
    </w:p>
    <w:p>
      <w:pPr>
        <w:pBdr>
          <w:bottom w:val="single" w:sz="6" w:space="1" w:color="E0E6EA"/>
        </w:pBdr>
        <w:spacing w:after="80"/>
      </w:pPr>
    </w:p>
    <w:p>
      <w:pPr>
        <w:spacing w:before="200" w:after="80"/>
      </w:pPr>
      <w:r>
        <w:rPr>
          <w:b/>
          <w:color w:val="023C52"/>
          <w:sz w:val="28"/>
        </w:rPr>
        <w:t>Conseils d'utilisation</w:t>
      </w:r>
    </w:p>
    <w:p>
      <w:pPr>
        <w:pStyle w:val="ListBullet"/>
      </w:pPr>
      <w:r>
        <w:rPr>
          <w:b/>
        </w:rPr>
        <w:t>Faites signer par demi-journée, en temps réel</w:t>
      </w:r>
      <w:r>
        <w:t xml:space="preserve"> : chaque stagiaire signe au début de chaque créneau (matin et après-midi), jamais à l'avance ni en bloc à la fin du stage. Le formateur signe lui aussi chaque demi-journée. Une signature globale en fin de session est régulièrement refusée lors des contrôles.</w:t>
      </w:r>
    </w:p>
    <w:p>
      <w:pPr>
        <w:pStyle w:val="ListBullet"/>
      </w:pPr>
      <w:r>
        <w:rPr>
          <w:b/>
        </w:rPr>
        <w:t>Ne laissez aucune case vide non justifiée</w:t>
      </w:r>
      <w:r>
        <w:t xml:space="preserve"> : en cas d'absence, indiquez clairement "Absent" plutôt que de laisser un blanc, et conservez le justificatif éventuel.</w:t>
      </w:r>
    </w:p>
    <w:p>
      <w:pPr>
        <w:pStyle w:val="ListBullet"/>
      </w:pPr>
      <w:r>
        <w:rPr>
          <w:b/>
        </w:rPr>
        <w:t>Conservez l'original au moins 3 ans</w:t>
      </w:r>
      <w:r>
        <w:t xml:space="preserve"> (et idéalement plus selon les exigences du financeur) : la feuille d'émargement fait partie des pièces justificatives du contrôle de service fait. Numérisez-la pour sécuriser une copie.</w:t>
      </w:r>
    </w:p>
    <w:p>
      <w:pPr>
        <w:pStyle w:val="ListBullet"/>
      </w:pPr>
      <w:r>
        <w:rPr>
          <w:b/>
        </w:rPr>
        <w:t>Pour le distanciel, anticipez la traçabilité</w:t>
      </w:r>
      <w:r>
        <w:t xml:space="preserve"> : assurez-vous que votre plateforme génère bien des relevés de connexion horodatés et conservez-les. Croisez plusieurs preuves (connexion plus activités réalisées) pour renforcer le dossier.</w:t>
      </w:r>
    </w:p>
    <w:p>
      <w:pPr>
        <w:spacing w:after="80"/>
      </w:pPr>
      <w:r>
        <w:rPr>
          <w:i/>
        </w:rPr>
        <w:t>Modèle fourni à titre indicatif par Certiforma. À adapter à votre situation.</w:t>
      </w:r>
    </w:p>
    <w:sectPr w:rsidR="00FC693F" w:rsidRPr="0006063C" w:rsidSect="00034616">
      <w:headerReference w:type="default" r:id="rId9"/>
      <w:footerReference w:type="default" r:id="rId10"/>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16B"/>
        <w:sz w:val="15"/>
      </w:rPr>
      <w:t>Modèle Certiforma  .  certiforma.fr  .  à adapter à votre situation, ne constitue pas un conseil juridique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264000" cy="198000"/>
          <wp:docPr id="1" name="Picture 1"/>
          <wp:cNvGraphicFramePr>
            <a:graphicFrameLocks noChangeAspect="1"/>
          </wp:cNvGraphicFramePr>
          <a:graphic>
            <a:graphicData uri="http://schemas.openxmlformats.org/drawingml/2006/picture">
              <pic:pic>
                <pic:nvPicPr>
                  <pic:cNvPr id="0" name="_logo-certiforma.png"/>
                  <pic:cNvPicPr/>
                </pic:nvPicPr>
                <pic:blipFill>
                  <a:blip r:embed="rId1"/>
                  <a:stretch>
                    <a:fillRect/>
                  </a:stretch>
                </pic:blipFill>
                <pic:spPr>
                  <a:xfrm>
                    <a:off x="0" y="0"/>
                    <a:ext cx="264000" cy="198000"/>
                  </a:xfrm>
                  <a:prstGeom prst="rect"/>
                </pic:spPr>
              </pic:pic>
            </a:graphicData>
          </a:graphic>
        </wp:inline>
      </w:drawing>
    </w:r>
    <w:r>
      <w:rPr>
        <w:b/>
        <w:color w:val="023C52"/>
        <w:sz w:val="26"/>
      </w:rPr>
      <w:t xml:space="preserve">  Certiforma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