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b/>
          <w:color w:val="023C52"/>
          <w:sz w:val="38"/>
        </w:rPr>
        <w:t>Attestation de fin de formation (modèle)</w:t>
      </w:r>
    </w:p>
    <w:p>
      <w:pPr>
        <w:spacing w:before="120" w:after="120"/>
        <w:ind w:left="170" w:right="113"/>
        <w:shd w:val="clear" w:fill="FFF8EC"/>
        <w:pBdr>
          <w:left w:val="single" w:sz="18" w:space="6" w:color="F49F0A"/>
        </w:pBdr>
      </w:pPr>
      <w:r>
        <w:rPr>
          <w:b/>
          <w:sz w:val="19"/>
        </w:rPr>
        <w:t>À quoi sert ce document</w:t>
      </w:r>
      <w:r>
        <w:rPr>
          <w:sz w:val="19"/>
        </w:rPr>
        <w:t xml:space="preserve"> : remise au stagiaire à l'issue de la formation, l'attestation de fin de formation atteste des objectifs visés, de la nature et de la durée de l'action, ainsi que des résultats de l'évaluation des acquis. Elle informe le bénéficiaire de ce qu'il a effectivement appris et du niveau d'atteinte des objectifs. </w:t>
      </w:r>
      <w:r>
        <w:rPr>
          <w:b/>
          <w:sz w:val="19"/>
        </w:rPr>
        <w:t>À ne pas confondre</w:t>
      </w:r>
      <w:r>
        <w:rPr>
          <w:sz w:val="19"/>
        </w:rPr>
        <w:t xml:space="preserve"> avec le certificat de réalisation, qui est destiné aux financeurs et sert à justifier l'exécution de l'action pour le paiement. </w:t>
      </w:r>
      <w:r>
        <w:rPr>
          <w:b/>
          <w:sz w:val="19"/>
        </w:rPr>
        <w:t>Lien Qualiopi</w:t>
      </w:r>
      <w:r>
        <w:rPr>
          <w:sz w:val="19"/>
        </w:rPr>
        <w:t xml:space="preserve"> : ce document constitue une preuve concrète de la mise en oeuvre de l'évaluation des acquis (indicateur 11) et de l'information délivrée au bénéficiaire.</w:t>
      </w:r>
    </w:p>
    <w:p>
      <w:pPr>
        <w:pBdr>
          <w:bottom w:val="single" w:sz="6" w:space="1" w:color="E0E6EA"/>
        </w:pBdr>
        <w:spacing w:after="80"/>
      </w:pPr>
    </w:p>
    <w:p>
      <w:pPr>
        <w:spacing w:before="200" w:after="80"/>
      </w:pPr>
      <w:r>
        <w:rPr>
          <w:b/>
          <w:color w:val="023C52"/>
          <w:sz w:val="28"/>
        </w:rPr>
        <w:t>ATTESTATION DE FIN DE FORMATION</w:t>
      </w:r>
    </w:p>
    <w:p>
      <w:pPr>
        <w:spacing w:before="160" w:after="40"/>
      </w:pPr>
      <w:r>
        <w:rPr>
          <w:b/>
          <w:color w:val="F49F0A"/>
          <w:sz w:val="23"/>
        </w:rPr>
        <w:t>Organisme de formation</w:t>
      </w:r>
    </w:p>
    <w:p>
      <w:pPr>
        <w:spacing w:after="80"/>
      </w:pPr>
      <w:r>
        <w:rPr>
          <w:b/>
        </w:rPr>
        <w:t>Dénomination</w:t>
      </w:r>
      <w:r>
        <w:t xml:space="preserve"> : [Nom de l'organisme de formation]</w:t>
      </w:r>
    </w:p>
    <w:p>
      <w:pPr>
        <w:spacing w:after="80"/>
      </w:pPr>
      <w:r>
        <w:rPr>
          <w:b/>
        </w:rPr>
        <w:t>Adresse</w:t>
      </w:r>
      <w:r>
        <w:t xml:space="preserve"> : [Adresse complète]</w:t>
      </w:r>
    </w:p>
    <w:p>
      <w:pPr>
        <w:spacing w:after="80"/>
      </w:pPr>
      <w:r>
        <w:rPr>
          <w:b/>
        </w:rPr>
        <w:t>SIRET</w:t>
      </w:r>
      <w:r>
        <w:t xml:space="preserve"> : [Numéro SIRET]</w:t>
      </w:r>
    </w:p>
    <w:p>
      <w:pPr>
        <w:spacing w:after="80"/>
      </w:pPr>
      <w:r>
        <w:rPr>
          <w:b/>
        </w:rPr>
        <w:t>Numéro de déclaration d'activité (NDA)</w:t>
      </w:r>
      <w:r>
        <w:t xml:space="preserve"> : [Numéro à 11 caractères], enregistré auprès du préfet de la région [Région]</w:t>
      </w:r>
    </w:p>
    <w:p>
      <w:pPr>
        <w:spacing w:after="80"/>
      </w:pPr>
      <w:r>
        <w:rPr>
          <w:b/>
        </w:rPr>
        <w:t>Représenté par</w:t>
      </w:r>
      <w:r>
        <w:t xml:space="preserve"> : [Nom et prénom du responsable], en qualité de [Fonction]</w:t>
      </w:r>
    </w:p>
    <w:p>
      <w:pPr>
        <w:spacing w:after="80"/>
      </w:pPr>
      <w:r>
        <w:rPr>
          <w:i/>
        </w:rPr>
        <w:t>Le numéro de déclaration d'activité ne vaut pas agrément de l'État.</w:t>
      </w:r>
    </w:p>
    <w:p>
      <w:pPr>
        <w:spacing w:before="160" w:after="40"/>
      </w:pPr>
      <w:r>
        <w:rPr>
          <w:b/>
          <w:color w:val="F49F0A"/>
          <w:sz w:val="23"/>
        </w:rPr>
        <w:t>Stagiaire</w:t>
      </w:r>
    </w:p>
    <w:p>
      <w:pPr>
        <w:spacing w:after="80"/>
      </w:pPr>
      <w:r>
        <w:t>Je soussigné(e) [Nom et prénom du responsable], représentant l'organisme désigné ci-dessus, atteste que :</w:t>
      </w:r>
    </w:p>
    <w:p>
      <w:pPr>
        <w:spacing w:after="80"/>
      </w:pPr>
      <w:r>
        <w:rPr>
          <w:b/>
        </w:rPr>
        <w:t>Nom et prénom du stagiaire</w:t>
      </w:r>
      <w:r>
        <w:t xml:space="preserve"> : [Nom et prénom]</w:t>
      </w:r>
    </w:p>
    <w:p>
      <w:pPr>
        <w:spacing w:after="80"/>
      </w:pPr>
      <w:r>
        <w:rPr>
          <w:b/>
        </w:rPr>
        <w:t>Né(e) le</w:t>
      </w:r>
      <w:r>
        <w:t xml:space="preserve"> : [Date de naissance] </w:t>
      </w:r>
      <w:r>
        <w:rPr>
          <w:i/>
        </w:rPr>
        <w:t>(facultatif)</w:t>
      </w:r>
    </w:p>
    <w:p>
      <w:pPr>
        <w:spacing w:after="80"/>
      </w:pPr>
      <w:r>
        <w:rPr>
          <w:b/>
        </w:rPr>
        <w:t>Employeur / structure</w:t>
      </w:r>
      <w:r>
        <w:t xml:space="preserve"> : [Nom de l'entreprise ou structure, le cas échéant]</w:t>
      </w:r>
    </w:p>
    <w:p>
      <w:pPr>
        <w:spacing w:after="80"/>
      </w:pPr>
      <w:r>
        <w:t>a suivi l'action de formation décrite ci-dessous.</w:t>
      </w:r>
    </w:p>
    <w:p>
      <w:pPr>
        <w:spacing w:before="160" w:after="40"/>
      </w:pPr>
      <w:r>
        <w:rPr>
          <w:b/>
          <w:color w:val="F49F0A"/>
          <w:sz w:val="23"/>
        </w:rPr>
        <w:t>Action de formation</w:t>
      </w:r>
    </w:p>
    <w:p>
      <w:pPr>
        <w:spacing w:after="80"/>
      </w:pPr>
      <w:r>
        <w:rPr>
          <w:b/>
        </w:rPr>
        <w:t>Intitulé de l'action</w:t>
      </w:r>
      <w:r>
        <w:t xml:space="preserve"> : [Intitulé de la formation]</w:t>
      </w:r>
    </w:p>
    <w:p>
      <w:pPr>
        <w:spacing w:after="80"/>
      </w:pPr>
      <w:r>
        <w:rPr>
          <w:b/>
        </w:rPr>
        <w:t>Nature de l'action</w:t>
      </w:r>
      <w:r>
        <w:t xml:space="preserve"> </w:t>
      </w:r>
      <w:r>
        <w:rPr>
          <w:i/>
        </w:rPr>
        <w:t>(au sens de l'article L6313-1 du Code du travail)</w:t>
      </w:r>
      <w:r>
        <w:t xml:space="preserve"> : [Action de formation / Bilan de compétences / Validation des acquis de l'expérience / Action de formation par apprentissage]</w:t>
      </w:r>
    </w:p>
    <w:p>
      <w:pPr>
        <w:spacing w:after="80"/>
      </w:pPr>
      <w:r>
        <w:rPr>
          <w:b/>
        </w:rPr>
        <w:t>Modalité</w:t>
      </w:r>
      <w:r>
        <w:t xml:space="preserve"> : [Présentiel / À distance / Mixte (hybride)]</w:t>
      </w:r>
    </w:p>
    <w:p>
      <w:pPr>
        <w:spacing w:after="80"/>
      </w:pPr>
      <w:r>
        <w:rPr>
          <w:b/>
        </w:rPr>
        <w:t>Période de réalisation</w:t>
      </w:r>
      <w:r>
        <w:t xml:space="preserve"> : du [date de début] au [date de fin]</w:t>
      </w:r>
    </w:p>
    <w:p>
      <w:pPr>
        <w:spacing w:after="80"/>
      </w:pPr>
      <w:r>
        <w:rPr>
          <w:b/>
        </w:rPr>
        <w:t>Durée totale</w:t>
      </w:r>
      <w:r>
        <w:t xml:space="preserve"> : [Nombre] heures</w:t>
      </w:r>
    </w:p>
    <w:p>
      <w:pPr>
        <w:spacing w:before="160" w:after="40"/>
      </w:pPr>
      <w:r>
        <w:rPr>
          <w:b/>
          <w:color w:val="F49F0A"/>
          <w:sz w:val="23"/>
        </w:rPr>
        <w:t>Objectifs de la formation</w:t>
      </w:r>
    </w:p>
    <w:p>
      <w:pPr>
        <w:spacing w:after="80"/>
      </w:pPr>
      <w:r>
        <w:t>À l'issue de la formation, le stagiaire devait être capable de :</w:t>
      </w:r>
    </w:p>
    <w:p>
      <w:pPr>
        <w:pStyle w:val="ListBullet"/>
      </w:pPr>
      <w:r>
        <w:t>[Objectif pédagogique 1]</w:t>
      </w:r>
    </w:p>
    <w:p>
      <w:pPr>
        <w:pStyle w:val="ListBullet"/>
      </w:pPr>
      <w:r>
        <w:t>[Objectif pédagogique 2]</w:t>
      </w:r>
    </w:p>
    <w:p>
      <w:pPr>
        <w:pStyle w:val="ListBullet"/>
      </w:pPr>
      <w:r>
        <w:t>[Objectif pédagogique 3]</w:t>
      </w:r>
    </w:p>
    <w:p>
      <w:pPr>
        <w:spacing w:before="160" w:after="40"/>
      </w:pPr>
      <w:r>
        <w:rPr>
          <w:b/>
          <w:color w:val="F49F0A"/>
          <w:sz w:val="23"/>
        </w:rPr>
        <w:t>Modalités d'évaluation mises en oeuvre</w:t>
      </w:r>
    </w:p>
    <w:p>
      <w:pPr>
        <w:spacing w:after="80"/>
      </w:pPr>
      <w:r>
        <w:t>Les acquis du stagiaire ont été évalués selon les modalités suivantes :</w:t>
      </w:r>
    </w:p>
    <w:p>
      <w:pPr>
        <w:spacing w:after="80"/>
      </w:pPr>
      <w:r>
        <w:t>[Décrire les modalités, par exemple : quiz de positionnement en amont, évaluation continue par exercices pratiques, étude de cas, mise en situation professionnelle, QCM final, grille d'observation, soutenance orale...]</w:t>
      </w:r>
    </w:p>
    <w:p>
      <w:pPr>
        <w:spacing w:before="160" w:after="40"/>
      </w:pPr>
      <w:r>
        <w:rPr>
          <w:b/>
          <w:color w:val="F49F0A"/>
          <w:sz w:val="23"/>
        </w:rPr>
        <w:t>Résultats de l'évaluation des acquis</w:t>
      </w:r>
    </w:p>
    <w:tbl>
      <w:tblPr>
        <w:tblStyle w:val="TableGrid"/>
        <w:tblW w:type="auto" w:w="0"/>
        <w:jc w:val="center"/>
        <w:tblLook w:firstColumn="1" w:firstRow="1" w:lastColumn="0" w:lastRow="0" w:noHBand="0" w:noVBand="1" w:val="04A0"/>
      </w:tblPr>
      <w:tblGrid>
        <w:gridCol w:w="3249"/>
        <w:gridCol w:w="3249"/>
        <w:gridCol w:w="3249"/>
      </w:tblGrid>
      <w:tr>
        <w:tc>
          <w:tcPr>
            <w:tcW w:type="dxa" w:w="3249"/>
            <w:shd w:val="clear" w:fill="023C52"/>
          </w:tcPr>
          <w:p>
            <w:r>
              <w:rPr>
                <w:b/>
                <w:color w:val="FFFFFF"/>
                <w:sz w:val="19"/>
              </w:rPr>
            </w:r>
            <w:r>
              <w:rPr>
                <w:b/>
                <w:color w:val="FFFFFF"/>
                <w:sz w:val="19"/>
              </w:rPr>
              <w:t>Objectif pédagogique</w:t>
            </w:r>
          </w:p>
        </w:tc>
        <w:tc>
          <w:tcPr>
            <w:tcW w:type="dxa" w:w="3249"/>
            <w:shd w:val="clear" w:fill="023C52"/>
          </w:tcPr>
          <w:p>
            <w:r>
              <w:rPr>
                <w:b/>
                <w:color w:val="FFFFFF"/>
                <w:sz w:val="19"/>
              </w:rPr>
            </w:r>
            <w:r>
              <w:rPr>
                <w:b/>
                <w:color w:val="FFFFFF"/>
                <w:sz w:val="19"/>
              </w:rPr>
              <w:t>Modalité d'évaluation</w:t>
            </w:r>
          </w:p>
        </w:tc>
        <w:tc>
          <w:tcPr>
            <w:tcW w:type="dxa" w:w="3249"/>
            <w:shd w:val="clear" w:fill="023C52"/>
          </w:tcPr>
          <w:p>
            <w:r>
              <w:rPr>
                <w:b/>
                <w:color w:val="FFFFFF"/>
                <w:sz w:val="19"/>
              </w:rPr>
            </w:r>
            <w:r>
              <w:rPr>
                <w:b/>
                <w:color w:val="FFFFFF"/>
                <w:sz w:val="19"/>
              </w:rPr>
              <w:t>Résultat</w:t>
            </w:r>
          </w:p>
        </w:tc>
      </w:tr>
      <w:tr>
        <w:tc>
          <w:tcPr>
            <w:tcW w:type="dxa" w:w="3249"/>
          </w:tcPr>
          <w:p>
            <w:r>
              <w:rPr>
                <w:sz w:val="19"/>
              </w:rPr>
            </w:r>
            <w:r>
              <w:rPr>
                <w:sz w:val="19"/>
              </w:rPr>
              <w:t>[Objectif 1]</w:t>
            </w:r>
          </w:p>
        </w:tc>
        <w:tc>
          <w:tcPr>
            <w:tcW w:type="dxa" w:w="3249"/>
          </w:tcPr>
          <w:p>
            <w:r>
              <w:rPr>
                <w:sz w:val="19"/>
              </w:rPr>
            </w:r>
            <w:r>
              <w:rPr>
                <w:sz w:val="19"/>
              </w:rPr>
              <w:t>[Ex. : QCM final]</w:t>
            </w:r>
          </w:p>
        </w:tc>
        <w:tc>
          <w:tcPr>
            <w:tcW w:type="dxa" w:w="3249"/>
          </w:tcPr>
          <w:p>
            <w:r>
              <w:rPr>
                <w:sz w:val="19"/>
              </w:rPr>
            </w:r>
            <w:r>
              <w:rPr>
                <w:sz w:val="19"/>
              </w:rPr>
              <w:t>[Atteint / Partiellement atteint / Non atteint]</w:t>
            </w:r>
          </w:p>
        </w:tc>
      </w:tr>
      <w:tr>
        <w:tc>
          <w:tcPr>
            <w:tcW w:type="dxa" w:w="3249"/>
          </w:tcPr>
          <w:p>
            <w:r>
              <w:rPr>
                <w:sz w:val="19"/>
              </w:rPr>
            </w:r>
            <w:r>
              <w:rPr>
                <w:sz w:val="19"/>
              </w:rPr>
              <w:t>[Objectif 2]</w:t>
            </w:r>
          </w:p>
        </w:tc>
        <w:tc>
          <w:tcPr>
            <w:tcW w:type="dxa" w:w="3249"/>
          </w:tcPr>
          <w:p>
            <w:r>
              <w:rPr>
                <w:sz w:val="19"/>
              </w:rPr>
            </w:r>
            <w:r>
              <w:rPr>
                <w:sz w:val="19"/>
              </w:rPr>
              <w:t>[Ex. : Mise en situation]</w:t>
            </w:r>
          </w:p>
        </w:tc>
        <w:tc>
          <w:tcPr>
            <w:tcW w:type="dxa" w:w="3249"/>
          </w:tcPr>
          <w:p>
            <w:r>
              <w:rPr>
                <w:sz w:val="19"/>
              </w:rPr>
            </w:r>
            <w:r>
              <w:rPr>
                <w:sz w:val="19"/>
              </w:rPr>
              <w:t>[Atteint / Partiellement atteint / Non atteint]</w:t>
            </w:r>
          </w:p>
        </w:tc>
      </w:tr>
      <w:tr>
        <w:tc>
          <w:tcPr>
            <w:tcW w:type="dxa" w:w="3249"/>
          </w:tcPr>
          <w:p>
            <w:r>
              <w:rPr>
                <w:sz w:val="19"/>
              </w:rPr>
            </w:r>
            <w:r>
              <w:rPr>
                <w:sz w:val="19"/>
              </w:rPr>
              <w:t>[Objectif 3]</w:t>
            </w:r>
          </w:p>
        </w:tc>
        <w:tc>
          <w:tcPr>
            <w:tcW w:type="dxa" w:w="3249"/>
          </w:tcPr>
          <w:p>
            <w:r>
              <w:rPr>
                <w:sz w:val="19"/>
              </w:rPr>
            </w:r>
            <w:r>
              <w:rPr>
                <w:sz w:val="19"/>
              </w:rPr>
              <w:t>[Ex. : Étude de cas]</w:t>
            </w:r>
          </w:p>
        </w:tc>
        <w:tc>
          <w:tcPr>
            <w:tcW w:type="dxa" w:w="3249"/>
          </w:tcPr>
          <w:p>
            <w:r>
              <w:rPr>
                <w:sz w:val="19"/>
              </w:rPr>
            </w:r>
            <w:r>
              <w:rPr>
                <w:sz w:val="19"/>
              </w:rPr>
              <w:t>[Atteint / Partiellement atteint / Non atteint]</w:t>
            </w:r>
          </w:p>
        </w:tc>
      </w:tr>
    </w:tbl>
    <w:p>
      <w:pPr>
        <w:spacing w:after="40"/>
      </w:pPr>
    </w:p>
    <w:p>
      <w:pPr>
        <w:spacing w:after="80"/>
      </w:pPr>
      <w:r>
        <w:rPr>
          <w:b/>
        </w:rPr>
        <w:t>Appréciation globale</w:t>
      </w:r>
      <w:r>
        <w:t xml:space="preserve"> : [Objectifs atteints / Objectifs partiellement atteints / Objectifs non atteints]</w:t>
      </w:r>
    </w:p>
    <w:p>
      <w:pPr>
        <w:spacing w:after="80"/>
      </w:pPr>
      <w:r>
        <w:rPr>
          <w:b/>
        </w:rPr>
        <w:t>Commentaire du formateur</w:t>
      </w:r>
      <w:r>
        <w:t xml:space="preserve"> </w:t>
      </w:r>
      <w:r>
        <w:rPr>
          <w:i/>
        </w:rPr>
        <w:t>(facultatif)</w:t>
      </w:r>
      <w:r>
        <w:t xml:space="preserve"> : [Observations, points forts, axes de progression, recommandations éventuelles]</w:t>
      </w:r>
    </w:p>
    <w:p>
      <w:pPr>
        <w:spacing w:before="160" w:after="40"/>
      </w:pPr>
      <w:r>
        <w:rPr>
          <w:b/>
          <w:color w:val="F49F0A"/>
          <w:sz w:val="23"/>
        </w:rPr>
        <w:t>Fait pour servir et valoir ce que de droit</w:t>
      </w:r>
    </w:p>
    <w:p>
      <w:pPr>
        <w:spacing w:after="80"/>
      </w:pPr>
      <w:r>
        <w:t>Fait à [Ville], le [Date].</w:t>
      </w:r>
    </w:p>
    <w:p>
      <w:pPr>
        <w:spacing w:after="80"/>
      </w:pPr>
      <w:r>
        <w:rPr>
          <w:b/>
        </w:rPr>
        <w:t>Nom et prénom du signataire</w:t>
      </w:r>
      <w:r>
        <w:t xml:space="preserve"> : [Nom et prénom]</w:t>
      </w:r>
    </w:p>
    <w:p>
      <w:pPr>
        <w:spacing w:after="80"/>
      </w:pPr>
      <w:r>
        <w:rPr>
          <w:b/>
        </w:rPr>
        <w:t>Fonction</w:t>
      </w:r>
      <w:r>
        <w:t xml:space="preserve"> : [Fonction]</w:t>
      </w:r>
    </w:p>
    <w:p>
      <w:pPr>
        <w:spacing w:after="80"/>
      </w:pPr>
      <w:r>
        <w:rPr>
          <w:b/>
        </w:rPr>
        <w:t>Signature et cachet de l'organisme</w:t>
      </w:r>
      <w:r>
        <w:t xml:space="preserve"> :</w:t>
      </w:r>
    </w:p>
    <w:p>
      <w:pPr>
        <w:spacing w:after="80"/>
      </w:pPr>
      <w:r>
        <w:t>[Espace signature]</w:t>
      </w:r>
    </w:p>
    <w:p>
      <w:pPr>
        <w:pBdr>
          <w:bottom w:val="single" w:sz="6" w:space="1" w:color="E0E6EA"/>
        </w:pBdr>
        <w:spacing w:after="80"/>
      </w:pPr>
    </w:p>
    <w:p>
      <w:pPr>
        <w:spacing w:before="200" w:after="80"/>
      </w:pPr>
      <w:r>
        <w:rPr>
          <w:b/>
          <w:color w:val="023C52"/>
          <w:sz w:val="28"/>
        </w:rPr>
        <w:t>Conseils d'utilisation</w:t>
      </w:r>
    </w:p>
    <w:p>
      <w:pPr>
        <w:pStyle w:val="ListBullet"/>
      </w:pPr>
      <w:r>
        <w:rPr>
          <w:b/>
        </w:rPr>
        <w:t>Distinguez bien vos documents</w:t>
      </w:r>
      <w:r>
        <w:t xml:space="preserve"> : l'attestation de fin de formation va au stagiaire et parle de ses acquis ; le certificat de réalisation va au financeur et atteste de l'exécution de l'action. Ne mélangez pas les deux, même si vous les éditez en même temps.</w:t>
      </w:r>
    </w:p>
    <w:p>
      <w:pPr>
        <w:pStyle w:val="ListBullet"/>
      </w:pPr>
      <w:r>
        <w:rPr>
          <w:b/>
        </w:rPr>
        <w:t>Remplissez le tableau objectifs / résultats avec sincérité</w:t>
      </w:r>
      <w:r>
        <w:t xml:space="preserve"> : c'est le coeur de la valeur probante du document pour Qualiopi (indicateur 11). Reprenez exactement les objectifs annoncés dans votre programme.</w:t>
      </w:r>
    </w:p>
    <w:p>
      <w:pPr>
        <w:pStyle w:val="ListBullet"/>
      </w:pPr>
      <w:r>
        <w:rPr>
          <w:b/>
        </w:rPr>
        <w:t>Conservez une copie signée</w:t>
      </w:r>
      <w:r>
        <w:t xml:space="preserve"> : archivez chaque attestation (papier ou numérique) avec la feuille d'émargement et les supports d'évaluation. En cas d'audit Qualiopi ou de contrôle de la DREETS, ces pièces forment un faisceau de preuves cohérent.</w:t>
      </w:r>
    </w:p>
    <w:p>
      <w:pPr>
        <w:pStyle w:val="ListBullet"/>
      </w:pPr>
      <w:r>
        <w:rPr>
          <w:b/>
        </w:rPr>
        <w:t>Datez à la fin réelle de l'action</w:t>
      </w:r>
      <w:r>
        <w:t xml:space="preserve"> : la date de l'attestation doit correspondre à la fin effective de la formation, et la durée indiquée doit concorder avec l'émargement.</w:t>
      </w:r>
    </w:p>
    <w:p>
      <w:pPr>
        <w:spacing w:after="80"/>
      </w:pPr>
      <w:r>
        <w:rPr>
          <w:i/>
        </w:rPr>
        <w:t>Modèle fourni à titre indicatif par Certiforma. À adapter à votre situation.</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16B"/>
        <w:sz w:val="15"/>
      </w:rPr>
      <w:t>Modèle Certiforma  .  certiforma.fr  .  à adapter à votre situation, ne constitue pas un conseil juridique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64000" cy="198000"/>
          <wp:docPr id="1" name="Picture 1"/>
          <wp:cNvGraphicFramePr>
            <a:graphicFrameLocks noChangeAspect="1"/>
          </wp:cNvGraphicFramePr>
          <a:graphic>
            <a:graphicData uri="http://schemas.openxmlformats.org/drawingml/2006/picture">
              <pic:pic>
                <pic:nvPicPr>
                  <pic:cNvPr id="0" name="_logo-certiforma.png"/>
                  <pic:cNvPicPr/>
                </pic:nvPicPr>
                <pic:blipFill>
                  <a:blip r:embed="rId1"/>
                  <a:stretch>
                    <a:fillRect/>
                  </a:stretch>
                </pic:blipFill>
                <pic:spPr>
                  <a:xfrm>
                    <a:off x="0" y="0"/>
                    <a:ext cx="264000" cy="198000"/>
                  </a:xfrm>
                  <a:prstGeom prst="rect"/>
                </pic:spPr>
              </pic:pic>
            </a:graphicData>
          </a:graphic>
        </wp:inline>
      </w:drawing>
    </w:r>
    <w:r>
      <w:rPr>
        <w:b/>
        <w:color w:val="023C52"/>
        <w:sz w:val="26"/>
      </w:rPr>
      <w:t xml:space="preserve">  Certiforma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