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b/>
          <w:color w:val="023C52"/>
          <w:sz w:val="38"/>
        </w:rPr>
        <w:t>Questionnaire de satisfaction (à chaud et à froid) (modèle)</w:t>
      </w:r>
    </w:p>
    <w:p>
      <w:pPr>
        <w:spacing w:before="120" w:after="120"/>
        <w:ind w:left="170" w:right="113"/>
        <w:shd w:val="clear" w:fill="FFF8EC"/>
        <w:pBdr>
          <w:left w:val="single" w:sz="18" w:space="6" w:color="F49F0A"/>
        </w:pBdr>
      </w:pPr>
      <w:r>
        <w:rPr>
          <w:b/>
          <w:sz w:val="19"/>
        </w:rPr>
        <w:t>À quoi sert ce document</w:t>
      </w:r>
      <w:r>
        <w:rPr>
          <w:sz w:val="19"/>
        </w:rPr>
        <w:t xml:space="preserve"> : ce questionnaire permet de recueillir l'appréciation des stagiaires sur la formation suivie, en deux temps. Le questionnaire à chaud, complété en fin de formation, mesure la satisfaction immédiate (atteinte des objectifs, contenu, animation, organisation). Le questionnaire à froid, complété quelques mois plus tard, mesure l'impact réel sur la pratique professionnelle et l'emploi. Les réponses recueillies nourrissent votre démarche d'amélioration continue. </w:t>
      </w:r>
      <w:r>
        <w:rPr>
          <w:b/>
          <w:sz w:val="19"/>
        </w:rPr>
        <w:t>Lien Qualiopi</w:t>
      </w:r>
      <w:r>
        <w:rPr>
          <w:sz w:val="19"/>
        </w:rPr>
        <w:t xml:space="preserve"> : recueil et traitement des appréciations des parties prenantes (indicateurs 11 sur l'atteinte des objectifs, 30 sur le recueil des appréciations, et 31 sur le traitement des réclamations et difficultés).</w:t>
      </w:r>
    </w:p>
    <w:p>
      <w:pPr>
        <w:pBdr>
          <w:bottom w:val="single" w:sz="6" w:space="1" w:color="E0E6EA"/>
        </w:pBdr>
        <w:spacing w:after="80"/>
      </w:pPr>
    </w:p>
    <w:p>
      <w:pPr>
        <w:spacing w:before="200" w:after="80"/>
      </w:pPr>
      <w:r>
        <w:rPr>
          <w:b/>
          <w:color w:val="023C52"/>
          <w:sz w:val="28"/>
        </w:rPr>
        <w:t>Partie 1 : questionnaire à chaud (fin de formation)</w:t>
      </w:r>
    </w:p>
    <w:p>
      <w:pPr>
        <w:spacing w:after="80"/>
      </w:pPr>
      <w:r>
        <w:rPr>
          <w:b/>
        </w:rPr>
        <w:t>Intitulé de la formation</w:t>
      </w:r>
      <w:r>
        <w:t xml:space="preserve"> : [intitulé de l'action]</w:t>
      </w:r>
    </w:p>
    <w:p>
      <w:pPr>
        <w:spacing w:after="80"/>
      </w:pPr>
      <w:r>
        <w:rPr>
          <w:b/>
        </w:rPr>
        <w:t>Date(s) de la session</w:t>
      </w:r>
      <w:r>
        <w:t xml:space="preserve"> : [du ... au ...]</w:t>
      </w:r>
    </w:p>
    <w:p>
      <w:pPr>
        <w:spacing w:after="80"/>
      </w:pPr>
      <w:r>
        <w:rPr>
          <w:b/>
        </w:rPr>
        <w:t>Formateur ou formatrice</w:t>
      </w:r>
      <w:r>
        <w:t xml:space="preserve"> : [nom]</w:t>
      </w:r>
    </w:p>
    <w:p>
      <w:pPr>
        <w:spacing w:after="80"/>
      </w:pPr>
      <w:r>
        <w:rPr>
          <w:b/>
        </w:rPr>
        <w:t>Nom du participant (facultatif)</w:t>
      </w:r>
      <w:r>
        <w:t xml:space="preserve"> : [nom et prénom]</w:t>
      </w:r>
    </w:p>
    <w:p>
      <w:pPr>
        <w:spacing w:after="80"/>
      </w:pPr>
      <w:r>
        <w:rPr>
          <w:b/>
        </w:rPr>
        <w:t>Date de complétion</w:t>
      </w:r>
      <w:r>
        <w:t xml:space="preserve"> : [JJ/MM/AAAA]</w:t>
      </w:r>
    </w:p>
    <w:p>
      <w:pPr>
        <w:spacing w:after="80"/>
      </w:pPr>
      <w:r>
        <w:t>Merci de consacrer quelques minutes à ce questionnaire. Vos réponses sont précieuses pour faire progresser la qualité de nos formations.</w:t>
      </w:r>
    </w:p>
    <w:p>
      <w:pPr>
        <w:spacing w:after="80"/>
      </w:pPr>
      <w:r>
        <w:t>Échelle utilisée pour les questions notées :</w:t>
      </w:r>
    </w:p>
    <w:p>
      <w:pPr>
        <w:spacing w:after="80"/>
      </w:pPr>
      <w:r>
        <w:rPr>
          <w:b/>
        </w:rPr>
        <w:t>1 = Très insatisfait, 2 = Insatisfait, 3 = Moyennement satisfait, 4 = Satisfait, 5 = Très satisfait</w:t>
      </w:r>
    </w:p>
    <w:p>
      <w:pPr>
        <w:spacing w:before="160" w:after="40"/>
      </w:pPr>
      <w:r>
        <w:rPr>
          <w:b/>
          <w:color w:val="F49F0A"/>
          <w:sz w:val="23"/>
        </w:rPr>
        <w:t>1. Atteinte de vos attentes et des objectifs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La formation a répondu à vos attentes initiales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Les objectifs annoncés ont été atteints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Le niveau de la formation était adapté à votre profil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Le contenu correspondait au programme communiqué en amont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2. Qualité du contenu pédagogique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Clarté et structure du contenu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Pertinence des thèmes abordés au regard de vos besoins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Équilibre entre apports théoriques et mises en pratique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Rythme et durée de la formation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3. Qualité de l'animation et du formateur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Maîtrise du sujet par le formateur ou la formatrice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Clarté des explications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Capacité à répondre aux questions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Dynamisme et capacité à favoriser les échanges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Disponibilité et écoute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4. Qualité des supports pédagogiques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Qualité et lisibilité des supports remis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Utilité des supports pour suivre et réviser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Pertinence des outils et ressources mis à disposition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5. Organisation logistique et accueil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Qualité de l'accueil et des informations avant la formation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Confort des locaux ou qualité de la plateforme à distance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Adéquation des moyens techniques et matériels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Gestion des horaires et des pauses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i/>
        </w:rPr>
        <w:t>Si la formation s'est déroulée à distance, merci de tenir compte de la qualité de la plateforme et des outils numériques utilisés.</w:t>
      </w:r>
    </w:p>
    <w:p>
      <w:pPr>
        <w:spacing w:before="160" w:after="40"/>
      </w:pPr>
      <w:r>
        <w:rPr>
          <w:b/>
          <w:color w:val="F49F0A"/>
          <w:sz w:val="23"/>
        </w:rPr>
        <w:t>6. Accessibilité (le cas échéant)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2436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Oui</w:t>
            </w:r>
          </w:p>
        </w:tc>
        <w:tc>
          <w:tcPr>
            <w:tcW w:type="dxa" w:w="2436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Non</w:t>
            </w:r>
          </w:p>
        </w:tc>
        <w:tc>
          <w:tcPr>
            <w:tcW w:type="dxa" w:w="2436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Sans objet</w:t>
            </w:r>
          </w:p>
        </w:tc>
      </w:tr>
      <w:tr>
        <w:tc>
          <w:tcPr>
            <w:tcW w:type="dxa" w:w="2436"/>
          </w:tcPr>
          <w:p>
            <w:r>
              <w:rPr>
                <w:sz w:val="19"/>
              </w:rPr>
            </w:r>
            <w:r>
              <w:rPr>
                <w:sz w:val="19"/>
              </w:rPr>
              <w:t>Vos éventuels besoins d'adaptation ont été pris en compte</w:t>
            </w:r>
          </w:p>
        </w:tc>
        <w:tc>
          <w:tcPr>
            <w:tcW w:type="dxa" w:w="2436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2436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2436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7. Recommandation</w:t>
      </w:r>
    </w:p>
    <w:p>
      <w:pPr>
        <w:spacing w:after="80"/>
      </w:pPr>
      <w:r>
        <w:t>Recommanderiez-vous cette formation à un collègue ou à une relation ?</w:t>
      </w:r>
    </w:p>
    <w:p>
      <w:pPr>
        <w:spacing w:after="80"/>
      </w:pPr>
      <w:r>
        <w:t>Note globale de 0 à 10 : ☐</w:t>
      </w:r>
    </w:p>
    <w:p>
      <w:pPr>
        <w:spacing w:after="80"/>
      </w:pPr>
      <w:r>
        <w:t>(0 = je ne recommanderais pas du tout, 10 = je recommanderais vivement)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Recommandation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Oui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Plutôt oui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Plutôt non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Non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b/>
          <w:color w:val="F49F0A"/>
          <w:sz w:val="23"/>
        </w:rPr>
        <w:t>8. Questions ouvertes</w:t>
      </w:r>
    </w:p>
    <w:p>
      <w:pPr>
        <w:spacing w:after="80"/>
      </w:pPr>
      <w:r>
        <w:t>Quels sont selon vous les points forts de cette formation ?</w:t>
      </w:r>
    </w:p>
    <w:p>
      <w:pPr>
        <w:spacing w:after="80"/>
      </w:pPr>
      <w:r>
        <w:t>[zone de réponse libre]</w:t>
      </w:r>
    </w:p>
    <w:p>
      <w:pPr>
        <w:spacing w:after="80"/>
      </w:pPr>
      <w:r>
        <w:t>Quels sont les axes d'amélioration que vous proposeriez ?</w:t>
      </w:r>
    </w:p>
    <w:p>
      <w:pPr>
        <w:spacing w:after="80"/>
      </w:pPr>
      <w:r>
        <w:t>[zone de réponse libre]</w:t>
      </w:r>
    </w:p>
    <w:p>
      <w:pPr>
        <w:spacing w:after="80"/>
      </w:pPr>
      <w:r>
        <w:t>Quels sujets ou compétences souhaiteriez-vous approfondir lors d'une prochaine formation ?</w:t>
      </w:r>
    </w:p>
    <w:p>
      <w:pPr>
        <w:spacing w:after="80"/>
      </w:pPr>
      <w:r>
        <w:t>[zone de réponse libre]</w:t>
      </w:r>
    </w:p>
    <w:p>
      <w:pPr>
        <w:spacing w:after="80"/>
      </w:pPr>
      <w:r>
        <w:t>Souhaitez-vous être recontacté pour échanger sur vos besoins de formation ?</w:t>
      </w:r>
    </w:p>
    <w:p>
      <w:pPr>
        <w:spacing w:after="80"/>
      </w:pPr>
      <w:r>
        <w:t>☐ Oui ☐ Non    Si oui, coordonnées : [email ou téléphone]</w:t>
      </w:r>
    </w:p>
    <w:p>
      <w:pPr>
        <w:pBdr>
          <w:bottom w:val="single" w:sz="6" w:space="1" w:color="E0E6EA"/>
        </w:pBdr>
        <w:spacing w:after="80"/>
      </w:pPr>
    </w:p>
    <w:p>
      <w:pPr>
        <w:spacing w:before="200" w:after="80"/>
      </w:pPr>
      <w:r>
        <w:rPr>
          <w:b/>
          <w:color w:val="023C52"/>
          <w:sz w:val="28"/>
        </w:rPr>
        <w:t>Partie 2 : questionnaire à froid (3 à 6 mois après)</w:t>
      </w:r>
    </w:p>
    <w:p>
      <w:pPr>
        <w:spacing w:after="80"/>
      </w:pPr>
      <w:r>
        <w:rPr>
          <w:b/>
        </w:rPr>
        <w:t>Intitulé de la formation suivie</w:t>
      </w:r>
      <w:r>
        <w:t xml:space="preserve"> : [intitulé de l'action]</w:t>
      </w:r>
    </w:p>
    <w:p>
      <w:pPr>
        <w:spacing w:after="80"/>
      </w:pPr>
      <w:r>
        <w:rPr>
          <w:b/>
        </w:rPr>
        <w:t>Date de la formation</w:t>
      </w:r>
      <w:r>
        <w:t xml:space="preserve"> : [du ... au ...]</w:t>
      </w:r>
    </w:p>
    <w:p>
      <w:pPr>
        <w:spacing w:after="80"/>
      </w:pPr>
      <w:r>
        <w:rPr>
          <w:b/>
        </w:rPr>
        <w:t>Nom du participant (facultatif)</w:t>
      </w:r>
      <w:r>
        <w:t xml:space="preserve"> : [nom et prénom]</w:t>
      </w:r>
    </w:p>
    <w:p>
      <w:pPr>
        <w:spacing w:after="80"/>
      </w:pPr>
      <w:r>
        <w:rPr>
          <w:b/>
        </w:rPr>
        <w:t>Date de complétion</w:t>
      </w:r>
      <w:r>
        <w:t xml:space="preserve"> : [JJ/MM/AAAA]</w:t>
      </w:r>
    </w:p>
    <w:p>
      <w:pPr>
        <w:spacing w:after="80"/>
      </w:pPr>
      <w:r>
        <w:t>Vous avez suivi cette formation il y a quelques mois. Ce second questionnaire vise à mesurer ce que vous en avez concrètement retiré dans votre activité.</w:t>
      </w:r>
    </w:p>
    <w:p>
      <w:pPr>
        <w:spacing w:after="80"/>
      </w:pPr>
      <w:r>
        <w:t>Échelle utilisée pour les questions notées :</w:t>
      </w:r>
    </w:p>
    <w:p>
      <w:pPr>
        <w:spacing w:after="80"/>
      </w:pPr>
      <w:r>
        <w:rPr>
          <w:b/>
        </w:rPr>
        <w:t>1 = Pas du tout d'accord, 2 = Plutôt pas d'accord, 3 = Moyennement d'accord, 4 = Plutôt d'accord, 5 = Tout à fait d'accord</w:t>
      </w:r>
    </w:p>
    <w:p>
      <w:pPr>
        <w:spacing w:before="160" w:after="40"/>
      </w:pPr>
      <w:r>
        <w:rPr>
          <w:b/>
          <w:color w:val="F49F0A"/>
          <w:sz w:val="23"/>
        </w:rPr>
        <w:t>1. Mise en application des acquis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J'ai pu mettre en pratique les compétences acquises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Les acquis correspondaient aux situations réelles de mon activité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J'utilise régulièrement ce que j'ai appris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J'ai partagé ou transmis certains acquis à mon entourage professionnel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after="80"/>
      </w:pPr>
      <w:r>
        <w:t>À quelle fréquence mettez-vous en pratique les acquis de la formation ?</w:t>
      </w:r>
    </w:p>
    <w:p>
      <w:pPr>
        <w:spacing w:after="80"/>
      </w:pPr>
      <w:r>
        <w:t>☐ Quotidiennement ☐ Plusieurs fois par semaine ☐ Occasionnellement ☐ Rarement ☐ Jamais</w:t>
      </w:r>
    </w:p>
    <w:p>
      <w:pPr>
        <w:spacing w:before="160" w:after="40"/>
      </w:pPr>
      <w:r>
        <w:rPr>
          <w:b/>
          <w:color w:val="F49F0A"/>
          <w:sz w:val="23"/>
        </w:rPr>
        <w:t>2. Impact sur le poste et l'activité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type="dxa" w:w="1624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5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La formation a eu un impact positif sur la qualité de mon travail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Elle a renforcé mon autonomie ou ma confiance dans mes missions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Elle a contribué à mon évolution professionnelle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Elle a eu un effet sur ma situation d'emploi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1624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after="80"/>
      </w:pPr>
      <w:r>
        <w:t>Si la formation a eu un effet sur votre situation d'emploi, lequel ?</w:t>
      </w:r>
    </w:p>
    <w:p>
      <w:pPr>
        <w:spacing w:after="80"/>
      </w:pPr>
      <w:r>
        <w:t>☐ Maintien dans l'emploi ☐ Prise de poste ou nouvelles responsabilités ☐ Évolution ou mobilité interne ☐ Accès à un nouvel emploi ☐ Création ou développement d'activité ☐ Autre : [précisez]</w:t>
      </w:r>
    </w:p>
    <w:p>
      <w:pPr>
        <w:spacing w:before="160" w:after="40"/>
      </w:pPr>
      <w:r>
        <w:rPr>
          <w:b/>
          <w:color w:val="F49F0A"/>
          <w:sz w:val="23"/>
        </w:rPr>
        <w:t>3. Bénéfices concrets</w:t>
      </w:r>
    </w:p>
    <w:p>
      <w:pPr>
        <w:spacing w:after="80"/>
      </w:pPr>
      <w:r>
        <w:t>Quels bénéfices concrets avez-vous retirés de cette formation dans votre pratique professionnelle ?</w:t>
      </w:r>
    </w:p>
    <w:p>
      <w:pPr>
        <w:spacing w:after="80"/>
      </w:pPr>
      <w:r>
        <w:t>[zone de réponse libre]</w:t>
      </w:r>
    </w:p>
    <w:p>
      <w:pPr>
        <w:spacing w:after="80"/>
      </w:pPr>
      <w:r>
        <w:t>Pouvez-vous citer un exemple précis de situation où vous avez mobilisé les acquis de la formation ?</w:t>
      </w:r>
    </w:p>
    <w:p>
      <w:pPr>
        <w:spacing w:after="80"/>
      </w:pPr>
      <w:r>
        <w:t>[zone de réponse libre]</w:t>
      </w:r>
    </w:p>
    <w:p>
      <w:pPr>
        <w:spacing w:after="80"/>
      </w:pPr>
      <w:r>
        <w:t>Avez-vous rencontré des difficultés à appliquer les acquis ? Si oui, lesquelles ?</w:t>
      </w:r>
    </w:p>
    <w:p>
      <w:pPr>
        <w:spacing w:after="80"/>
      </w:pPr>
      <w:r>
        <w:t>[zone de réponse libre]</w:t>
      </w:r>
    </w:p>
    <w:p>
      <w:pPr>
        <w:spacing w:before="160" w:after="40"/>
      </w:pPr>
      <w:r>
        <w:rPr>
          <w:b/>
          <w:color w:val="F49F0A"/>
          <w:sz w:val="23"/>
        </w:rPr>
        <w:t>4. Besoins complémentaires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Oui</w:t>
            </w:r>
          </w:p>
        </w:tc>
        <w:tc>
          <w:tcPr>
            <w:tcW w:type="dxa" w:w="32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Non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Ressentez-vous le besoin d'un approfondissement sur ce thème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Souhaiteriez-vous être informé de nos prochaines formations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</w:r>
            <w:r>
              <w:rPr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after="80"/>
      </w:pPr>
      <w:r>
        <w:t>Quels nouveaux besoins de formation ou de compétences avez-vous identifiés depuis ?</w:t>
      </w:r>
    </w:p>
    <w:p>
      <w:pPr>
        <w:spacing w:after="80"/>
      </w:pPr>
      <w:r>
        <w:t>[zone de réponse libre]</w:t>
      </w:r>
    </w:p>
    <w:p>
      <w:pPr>
        <w:spacing w:before="160" w:after="40"/>
      </w:pPr>
      <w:r>
        <w:rPr>
          <w:b/>
          <w:color w:val="F49F0A"/>
          <w:sz w:val="23"/>
        </w:rPr>
        <w:t>5. Satisfaction globale avec le recul</w:t>
      </w:r>
    </w:p>
    <w:p>
      <w:pPr>
        <w:spacing w:after="80"/>
      </w:pPr>
      <w:r>
        <w:t>Avec le recul, recommanderiez-vous cette formation 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Recommandation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Oui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Plutôt oui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Plutôt non</w:t>
            </w:r>
          </w:p>
        </w:tc>
        <w:tc>
          <w:tcPr>
            <w:tcW w:type="dxa" w:w="1949"/>
            <w:shd w:val="clear" w:fill="023C52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☐ Non</w:t>
            </w:r>
          </w:p>
        </w:tc>
      </w:tr>
    </w:tbl>
    <w:p>
      <w:pPr>
        <w:spacing w:after="40"/>
      </w:pPr>
    </w:p>
    <w:p>
      <w:pPr>
        <w:spacing w:after="80"/>
      </w:pPr>
      <w:r>
        <w:t>Souhaitez-vous être recontacté pour échanger sur vos besoins ?</w:t>
      </w:r>
    </w:p>
    <w:p>
      <w:pPr>
        <w:spacing w:after="80"/>
      </w:pPr>
      <w:r>
        <w:t>☐ Oui ☐ Non    Si oui, coordonnées : [email ou téléphone]</w:t>
      </w:r>
    </w:p>
    <w:p>
      <w:pPr>
        <w:pBdr>
          <w:bottom w:val="single" w:sz="6" w:space="1" w:color="E0E6EA"/>
        </w:pBdr>
        <w:spacing w:after="80"/>
      </w:pPr>
    </w:p>
    <w:p>
      <w:pPr>
        <w:spacing w:before="200" w:after="80"/>
      </w:pPr>
      <w:r>
        <w:rPr>
          <w:b/>
          <w:color w:val="023C52"/>
          <w:sz w:val="28"/>
        </w:rPr>
        <w:t>Conseils d'utilisation</w:t>
      </w:r>
    </w:p>
    <w:p>
      <w:pPr>
        <w:pStyle w:val="ListBullet"/>
      </w:pPr>
      <w:r>
        <w:t>Diffusez le questionnaire à chaud dès la fin de la session, tant que la formation est fraîche dans les esprits, et le questionnaire à froid 3 à 6 mois plus tard pour mesurer l'impact durable. Un envoi par voie numérique facilite la collecte et le traitement des données.</w:t>
      </w:r>
    </w:p>
    <w:p>
      <w:pPr>
        <w:pStyle w:val="ListBullet"/>
      </w:pPr>
      <w:r>
        <w:t>Ne vous arrêtez pas à la collecte : analysez les réponses, calculez vos taux de satisfaction et identifiez les tendances. Conservez ces données, elles seront demandées lors de votre audit Qualiopi comme preuve du recueil des appréciations.</w:t>
      </w:r>
    </w:p>
    <w:p>
      <w:pPr>
        <w:pStyle w:val="ListBullet"/>
      </w:pPr>
      <w:r>
        <w:t>Formalisez le traitement des retours dans un plan d'amélioration : pour chaque axe d'amélioration récurrent, notez l'action décidée, le responsable et l'échéance. C'est cette boucle entre recueil et action qui démontre votre démarche d'amélioration continue auprès de l'auditeur.</w:t>
      </w:r>
    </w:p>
    <w:p>
      <w:pPr>
        <w:pStyle w:val="ListBullet"/>
      </w:pPr>
      <w:r>
        <w:t>Communiquez en retour aux parties prenantes (stagiaires, formateurs, financeurs) les enseignements tirés et les évolutions mises en place.</w:t>
      </w:r>
    </w:p>
    <w:p>
      <w:pPr>
        <w:spacing w:after="80"/>
      </w:pPr>
      <w:r>
        <w:rPr>
          <w:i/>
        </w:rPr>
        <w:t>Modèle fourni à titre indicatif par Certiforma. À adapter à votre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16B"/>
        <w:sz w:val="15"/>
      </w:rPr>
      <w:t>Modèle Certiforma  .  certiforma.fr  .  à adapter à votre situation, ne constitue pas un conseil juridique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264000" cy="198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logo-certiform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000" cy="198000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023C52"/>
        <w:sz w:val="26"/>
      </w:rPr>
      <w:t xml:space="preserve">  Certiforma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