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23C52"/>
          <w:sz w:val="32"/>
        </w:rPr>
        <w:t>DEVIS DE FORMATION</w:t>
      </w:r>
    </w:p>
    <w:p>
      <w:r>
        <w:rPr>
          <w:b w:val="0"/>
          <w:sz w:val="21"/>
        </w:rPr>
      </w:r>
    </w:p>
    <w:p>
      <w:r>
        <w:rPr>
          <w:b w:val="0"/>
          <w:sz w:val="21"/>
        </w:rPr>
        <w:t>Organisme : [Nom] — NDA : [n°] — SIRET : [n°] — [adresse]</w:t>
      </w:r>
    </w:p>
    <w:p>
      <w:r>
        <w:rPr>
          <w:b w:val="0"/>
          <w:sz w:val="21"/>
        </w:rPr>
        <w:t>Client : [Nom/Entreprise] — [adresse] — [SIRET]</w:t>
      </w:r>
    </w:p>
    <w:p>
      <w:r>
        <w:rPr>
          <w:b w:val="0"/>
          <w:sz w:val="21"/>
        </w:rPr>
        <w:t>Devis n° [____]    Date : [date]    Validité : 30 jours</w:t>
      </w:r>
    </w:p>
    <w:p>
      <w:r>
        <w:rPr>
          <w:b w:val="0"/>
          <w:sz w:val="21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Désignation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Quantité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Prix unitaire HT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Total HT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Action de formation « [intitulé] » ([X] h)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rPr>
          <w:b w:val="0"/>
          <w:sz w:val="21"/>
        </w:rPr>
      </w:r>
    </w:p>
    <w:p>
      <w:r>
        <w:rPr>
          <w:b/>
          <w:sz w:val="20"/>
        </w:rPr>
        <w:t>Total HT : [____] €    TVA ([taux] % ou exonération art. 261-4-4°) : [____] €    Total TTC : [____] €</w:t>
      </w:r>
    </w:p>
    <w:p>
      <w:r>
        <w:rPr>
          <w:b w:val="0"/>
          <w:sz w:val="21"/>
        </w:rPr>
        <w:t>Modalités de règlement : [à réception / 30 j]    Mode : [virement]</w:t>
      </w:r>
    </w:p>
    <w:p>
      <w:r>
        <w:rPr>
          <w:b w:val="0"/>
          <w:sz w:val="21"/>
        </w:rPr>
      </w:r>
    </w:p>
    <w:p>
      <w:r>
        <w:rPr>
          <w:b/>
          <w:sz w:val="20"/>
        </w:rPr>
        <w:t>Bon pour accord (date, signature, cachet) :</w:t>
      </w:r>
    </w:p>
    <w:p>
      <w:pPr>
        <w:jc w:val="center"/>
      </w:pPr>
      <w:r>
        <w:rPr>
          <w:i/>
          <w:color w:val="787878"/>
          <w:sz w:val="16"/>
        </w:rPr>
        <w:br/>
        <w:t>Modèle fourni gratuitement par Certiforma — certiforma.fr · À adapter à votre situation.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