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caps/>
          <w:color w:val="023C52"/>
          <w:sz w:val="18"/>
          <w:spacing w:val="60"/>
        </w:rPr>
        <w:t>CERTIFORMA</w:t>
      </w:r>
    </w:p>
    <w:p>
      <w:pPr>
        <w:spacing w:after="200"/>
        <w:pBdr>
          <w:bottom w:val="single" w:sz="18" w:space="1" w:color="F49F0A"/>
        </w:pBdr>
      </w:pPr>
    </w:p>
    <w:p>
      <w:pPr>
        <w:spacing w:before="0" w:after="80"/>
      </w:pPr>
      <w:r>
        <w:rPr>
          <w:rFonts w:ascii="Calibri" w:hAnsi="Calibri"/>
          <w:b/>
          <w:color w:val="023C52"/>
          <w:sz w:val="38"/>
        </w:rPr>
        <w:t>Attestation de fin de formation</w:t>
      </w:r>
    </w:p>
    <w:p>
      <w:pPr>
        <w:spacing w:before="0" w:after="280"/>
      </w:pPr>
      <w:r>
        <w:rPr>
          <w:rFonts w:ascii="Calibri" w:hAnsi="Calibri"/>
          <w:b w:val="0"/>
          <w:color w:val="F49F0A"/>
          <w:sz w:val="21"/>
        </w:rPr>
        <w:t>Notice d'utilisation — à supprimer avant d'envoyer le document</w:t>
      </w:r>
    </w:p>
    <w:p>
      <w:pPr>
        <w:spacing w:before="120" w:after="80"/>
      </w:pPr>
      <w:r>
        <w:rPr>
          <w:rFonts w:ascii="Calibri" w:hAnsi="Calibri"/>
          <w:b/>
          <w:caps/>
          <w:color w:val="023C52"/>
          <w:sz w:val="17"/>
          <w:spacing w:val="50"/>
        </w:rPr>
        <w:t>CE QUE DIT LA LOI</w:t>
      </w:r>
    </w:p>
    <w:p>
      <w:pPr>
        <w:spacing w:before="0" w:after="240"/>
      </w:pPr>
      <w:r>
        <w:rPr>
          <w:rFonts w:ascii="Calibri" w:hAnsi="Calibri"/>
          <w:b w:val="0"/>
          <w:color w:val="52616B"/>
          <w:sz w:val="21"/>
        </w:rPr>
        <w:t>L'attestation de fin de formation informe le stagiaire des objectifs, de la nature et de la durée de l'action, et des résultats de l'évaluation des acquis. Elle relève de l'article L. 6353-1 du code du travail.</w:t>
      </w:r>
    </w:p>
    <w:p>
      <w:pPr>
        <w:spacing w:before="120" w:after="80"/>
      </w:pPr>
      <w:r>
        <w:rPr>
          <w:rFonts w:ascii="Calibri" w:hAnsi="Calibri"/>
          <w:b/>
          <w:caps/>
          <w:color w:val="023C52"/>
          <w:sz w:val="17"/>
          <w:spacing w:val="50"/>
        </w:rPr>
        <w:t>CE QUE VÉRIFIE UN AUDITEUR OU UN FINANCEUR</w:t>
      </w:r>
    </w:p>
    <w:p>
      <w:pPr>
        <w:spacing w:before="0" w:after="60"/>
      </w:pPr>
      <w:r>
        <w:rPr>
          <w:rFonts w:ascii="Calibri" w:hAnsi="Calibri"/>
          <w:b w:val="0"/>
          <w:color w:val="52616B"/>
          <w:sz w:val="21"/>
        </w:rPr>
        <w:t>•  Que les résultats de l'évaluation des acquis y figurent réellement.</w:t>
      </w:r>
    </w:p>
    <w:p>
      <w:pPr>
        <w:spacing w:before="0" w:after="60"/>
      </w:pPr>
      <w:r>
        <w:rPr>
          <w:rFonts w:ascii="Calibri" w:hAnsi="Calibri"/>
          <w:b w:val="0"/>
          <w:color w:val="52616B"/>
          <w:sz w:val="21"/>
        </w:rPr>
        <w:t>•  Que les objectifs repris soient ceux du programme.</w:t>
      </w:r>
    </w:p>
    <w:p>
      <w:pPr>
        <w:spacing w:before="0" w:after="60"/>
      </w:pPr>
      <w:r>
        <w:rPr>
          <w:rFonts w:ascii="Calibri" w:hAnsi="Calibri"/>
          <w:b w:val="0"/>
          <w:color w:val="52616B"/>
          <w:sz w:val="21"/>
        </w:rPr>
        <w:t>•  Qu'elle soit remise au stagiaire, et pas seulement au financeur.</w:t>
      </w:r>
    </w:p>
    <w:p>
      <w:pPr>
        <w:spacing w:before="0" w:after="80"/>
      </w:pPr>
      <w:r>
        <w:rPr>
          <w:rFonts w:ascii="Calibri" w:hAnsi="Calibri"/>
          <w:b w:val="0"/>
          <w:color w:val="52616B"/>
          <w:sz w:val="12"/>
        </w:rPr>
      </w:r>
    </w:p>
    <w:p>
      <w:pPr>
        <w:spacing w:before="120" w:after="80"/>
      </w:pPr>
      <w:r>
        <w:rPr>
          <w:rFonts w:ascii="Calibri" w:hAnsi="Calibri"/>
          <w:b/>
          <w:caps/>
          <w:color w:val="023C52"/>
          <w:sz w:val="17"/>
          <w:spacing w:val="50"/>
        </w:rPr>
        <w:t>LES ERREURS QUI REVIENNENT</w:t>
      </w:r>
    </w:p>
    <w:p>
      <w:pPr>
        <w:spacing w:before="0" w:after="60"/>
      </w:pPr>
      <w:r>
        <w:rPr>
          <w:rFonts w:ascii="Calibri" w:hAnsi="Calibri"/>
          <w:b w:val="0"/>
          <w:color w:val="52616B"/>
          <w:sz w:val="21"/>
        </w:rPr>
        <w:t>•  Une attestation qui ne mentionne aucun résultat d'évaluation : elle ne remplit alors pas sa fonction.</w:t>
      </w:r>
    </w:p>
    <w:p>
      <w:pPr>
        <w:spacing w:before="0" w:after="60"/>
      </w:pPr>
      <w:r>
        <w:rPr>
          <w:rFonts w:ascii="Calibri" w:hAnsi="Calibri"/>
          <w:b w:val="0"/>
          <w:color w:val="52616B"/>
          <w:sz w:val="21"/>
        </w:rPr>
        <w:t>•  La confondre avec le certificat de réalisation, qui atteste l'exécution, pas les acquis.</w:t>
      </w:r>
    </w:p>
    <w:p>
      <w:pPr>
        <w:spacing w:before="0" w:after="80"/>
      </w:pPr>
      <w:r>
        <w:rPr>
          <w:rFonts w:ascii="Calibri" w:hAnsi="Calibri"/>
          <w:b w:val="0"/>
          <w:color w:val="52616B"/>
          <w:sz w:val="16"/>
        </w:rPr>
      </w:r>
    </w:p>
    <w:p>
      <w:pPr>
        <w:spacing w:after="200"/>
        <w:pBdr>
          <w:bottom w:val="single" w:sz="18" w:space="1" w:color="DBE4EA"/>
        </w:pBdr>
      </w:pPr>
    </w:p>
    <w:p>
      <w:pPr>
        <w:spacing w:before="0" w:after="80"/>
      </w:pPr>
      <w:r>
        <w:rPr>
          <w:rFonts w:ascii="Calibri" w:hAnsi="Calibri"/>
          <w:b w:val="0"/>
          <w:color w:val="52616B"/>
          <w:sz w:val="21"/>
        </w:rPr>
        <w:t>Ce document se génère automatiquement depuis vos sessions avec Formiva, au format attendu, sans copier-coller — et vos preuves se rangent au fil de l'eau au lieu de se reconstituer la veille de l'audit. À partir de 0 €/mois.</w:t>
      </w:r>
    </w:p>
    <w:p>
      <w:pPr>
        <w:spacing w:before="40" w:after="80"/>
      </w:pPr>
      <w:r>
        <w:rPr>
          <w:rFonts w:ascii="Calibri" w:hAnsi="Calibri"/>
          <w:b/>
          <w:color w:val="023C52"/>
          <w:sz w:val="20"/>
        </w:rPr>
        <w:t>Maxime Pélerin — Certiforma · 06 46 86 36 95 · maxime@certiforma.fr</w:t>
      </w:r>
    </w:p>
    <w:p>
      <w:pPr>
        <w:spacing w:before="80" w:after="0"/>
      </w:pPr>
      <w:r>
        <w:rPr>
          <w:rFonts w:ascii="Calibri" w:hAnsi="Calibri"/>
          <w:b w:val="0"/>
          <w:color w:val="8C9BA2"/>
          <w:sz w:val="17"/>
        </w:rPr>
        <w:t>Vérifié le 7 septembre 2026 contre le code du travail consolidé (open data LEGI, DILA). 1 300+ organismes de formation accompagnés depuis 2020.</w:t>
      </w:r>
    </w:p>
    <w:p>
      <w:r>
        <w:br w:type="page"/>
      </w:r>
    </w:p>
    <w:p>
      <w:pPr>
        <w:jc w:val="center"/>
      </w:pPr>
      <w:r>
        <w:rPr>
          <w:b/>
          <w:color w:val="023C52"/>
          <w:sz w:val="32"/>
        </w:rPr>
        <w:t>ATTESTATION DE FIN DE FORMATION</w:t>
      </w:r>
    </w:p>
    <w:p>
      <w:r>
        <w:rPr>
          <w:b w:val="0"/>
          <w:sz w:val="21"/>
        </w:rPr>
      </w:r>
    </w:p>
    <w:p>
      <w:r>
        <w:rPr>
          <w:b w:val="0"/>
          <w:sz w:val="18"/>
        </w:rPr>
        <w:t>(Article L.6353-1 du Code du travail)</w:t>
      </w:r>
    </w:p>
    <w:p>
      <w:r>
        <w:rPr>
          <w:b w:val="0"/>
          <w:sz w:val="21"/>
        </w:rPr>
      </w:r>
    </w:p>
    <w:p>
      <w:r>
        <w:rPr>
          <w:b w:val="0"/>
          <w:sz w:val="21"/>
        </w:rPr>
        <w:t>Je soussigné(e) [Nom, qualité], représentant l'organisme de formation [Nom] (NDA : [n°]),</w:t>
      </w:r>
    </w:p>
    <w:p>
      <w:r>
        <w:rPr>
          <w:b w:val="0"/>
          <w:sz w:val="21"/>
        </w:rPr>
        <w:t>atteste que :</w:t>
      </w:r>
    </w:p>
    <w:p>
      <w:r>
        <w:rPr>
          <w:b w:val="0"/>
          <w:sz w:val="21"/>
        </w:rPr>
      </w:r>
    </w:p>
    <w:p>
      <w:r>
        <w:rPr>
          <w:b/>
          <w:sz w:val="22"/>
        </w:rPr>
        <w:t>M./Mme [Prénom NOM]</w:t>
      </w:r>
    </w:p>
    <w:p>
      <w:r>
        <w:rPr>
          <w:b w:val="0"/>
          <w:sz w:val="21"/>
        </w:rPr>
        <w:t>a suivi la formation : « [Intitulé] »</w:t>
      </w:r>
    </w:p>
    <w:p>
      <w:r>
        <w:rPr>
          <w:b w:val="0"/>
          <w:sz w:val="21"/>
        </w:rPr>
        <w:t>Du [date] au [date] — Durée : [X] heures — Modalité : [présentiel/distanciel]</w:t>
      </w:r>
    </w:p>
    <w:p>
      <w:r>
        <w:rPr>
          <w:b w:val="0"/>
          <w:sz w:val="21"/>
        </w:rPr>
      </w:r>
    </w:p>
    <w:p>
      <w:r>
        <w:rPr>
          <w:b w:val="0"/>
          <w:sz w:val="21"/>
        </w:rPr>
        <w:t>Objectifs de la formation :</w:t>
      </w:r>
    </w:p>
    <w:p>
      <w:r>
        <w:rPr>
          <w:b w:val="0"/>
          <w:sz w:val="21"/>
        </w:rPr>
        <w:t>[Objectif 1] · [Objectif 2] · [Objectif 3]</w:t>
      </w:r>
    </w:p>
    <w:p>
      <w:r>
        <w:rPr>
          <w:b w:val="0"/>
          <w:sz w:val="21"/>
        </w:rPr>
        <w:t>Résultats de l'évaluation des acquis : [atteints / partiellement atteints]</w:t>
      </w:r>
    </w:p>
    <w:p>
      <w:r>
        <w:rPr>
          <w:b w:val="0"/>
          <w:sz w:val="21"/>
        </w:rPr>
      </w:r>
    </w:p>
    <w:p>
      <w:r>
        <w:rPr>
          <w:b w:val="0"/>
          <w:sz w:val="20"/>
        </w:rPr>
        <w:t>Fait à [ville], le [date].</w:t>
      </w:r>
    </w:p>
    <w:p>
      <w:r>
        <w:rPr>
          <w:b/>
          <w:sz w:val="20"/>
        </w:rPr>
        <w:t>Signature et cachet de l'organisme :</w:t>
      </w:r>
    </w:p>
    <w:p>
      <w:pPr>
        <w:jc w:val="center"/>
      </w:pPr>
      <w:r>
        <w:rPr>
          <w:i/>
          <w:color w:val="787878"/>
          <w:sz w:val="16"/>
        </w:rPr>
        <w:br/>
        <w:t>Modèle fourni gratuitement par Certiforma — certiforma.fr · À adapter à votre situation.</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Calibri" w:hAnsi="Calibri"/>
        <w:color w:val="8C9BA2"/>
        <w:sz w:val="15"/>
      </w:rPr>
      <w:t>Modèle fourni par Certiforma — certiforma.fr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