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Calibri" w:hAnsi="Calibri"/>
          <w:b/>
          <w:caps/>
          <w:color w:val="023C52"/>
          <w:sz w:val="18"/>
          <w:spacing w:val="60"/>
        </w:rPr>
        <w:t>CERTIFORMA</w:t>
      </w:r>
    </w:p>
    <w:p>
      <w:pPr>
        <w:spacing w:after="200"/>
        <w:pBdr>
          <w:bottom w:val="single" w:sz="18" w:space="1" w:color="F49F0A"/>
        </w:pBdr>
      </w:pPr>
    </w:p>
    <w:p>
      <w:pPr>
        <w:spacing w:before="0" w:after="80"/>
      </w:pPr>
      <w:r>
        <w:rPr>
          <w:rFonts w:ascii="Calibri" w:hAnsi="Calibri"/>
          <w:b/>
          <w:color w:val="023C52"/>
          <w:sz w:val="38"/>
        </w:rPr>
        <w:t>Recueil des besoins et positionnement</w:t>
      </w:r>
    </w:p>
    <w:p>
      <w:pPr>
        <w:spacing w:before="0" w:after="280"/>
      </w:pPr>
      <w:r>
        <w:rPr>
          <w:rFonts w:ascii="Calibri" w:hAnsi="Calibri"/>
          <w:b w:val="0"/>
          <w:color w:val="F49F0A"/>
          <w:sz w:val="21"/>
        </w:rPr>
        <w:t>Notice d'utilisation — à supprimer avant d'envoyer le document</w:t>
      </w:r>
    </w:p>
    <w:p>
      <w:pPr>
        <w:spacing w:before="120" w:after="80"/>
      </w:pPr>
      <w:r>
        <w:rPr>
          <w:rFonts w:ascii="Calibri" w:hAnsi="Calibri"/>
          <w:b/>
          <w:caps/>
          <w:color w:val="023C52"/>
          <w:sz w:val="17"/>
          <w:spacing w:val="50"/>
        </w:rPr>
        <w:t>CE QUE DIT LA LOI</w:t>
      </w:r>
    </w:p>
    <w:p>
      <w:pPr>
        <w:spacing w:before="0" w:after="240"/>
      </w:pPr>
      <w:r>
        <w:rPr>
          <w:rFonts w:ascii="Calibri" w:hAnsi="Calibri"/>
          <w:b w:val="0"/>
          <w:color w:val="52616B"/>
          <w:sz w:val="21"/>
        </w:rPr>
        <w:t>L'analyse du besoin du bénéficiaire et son positionnement à l'entrée sont attendus dès le premier critère du référentiel national qualité. C'est aussi ce qui vous permet d'adapter la formation, et de le prouver.</w:t>
      </w:r>
    </w:p>
    <w:p>
      <w:pPr>
        <w:spacing w:before="120" w:after="80"/>
      </w:pPr>
      <w:r>
        <w:rPr>
          <w:rFonts w:ascii="Calibri" w:hAnsi="Calibri"/>
          <w:b/>
          <w:caps/>
          <w:color w:val="023C52"/>
          <w:sz w:val="17"/>
          <w:spacing w:val="50"/>
        </w:rPr>
        <w:t>CE QUE VÉRIFIE UN AUDITEUR OU UN FINANCEUR</w:t>
      </w:r>
    </w:p>
    <w:p>
      <w:pPr>
        <w:spacing w:before="0" w:after="60"/>
      </w:pPr>
      <w:r>
        <w:rPr>
          <w:rFonts w:ascii="Calibri" w:hAnsi="Calibri"/>
          <w:b w:val="0"/>
          <w:color w:val="52616B"/>
          <w:sz w:val="21"/>
        </w:rPr>
        <w:t>•  Que le positionnement soit fait AVANT l'entrée en formation, et daté.</w:t>
      </w:r>
    </w:p>
    <w:p>
      <w:pPr>
        <w:spacing w:before="0" w:after="60"/>
      </w:pPr>
      <w:r>
        <w:rPr>
          <w:rFonts w:ascii="Calibri" w:hAnsi="Calibri"/>
          <w:b w:val="0"/>
          <w:color w:val="52616B"/>
          <w:sz w:val="21"/>
        </w:rPr>
        <w:t>•  Que ce qui en ressort ait une conséquence visible sur le déroulé proposé.</w:t>
      </w:r>
    </w:p>
    <w:p>
      <w:pPr>
        <w:spacing w:before="0" w:after="60"/>
      </w:pPr>
      <w:r>
        <w:rPr>
          <w:rFonts w:ascii="Calibri" w:hAnsi="Calibri"/>
          <w:b w:val="0"/>
          <w:color w:val="52616B"/>
          <w:sz w:val="21"/>
        </w:rPr>
        <w:t>•  Que les besoins du financeur et ceux du bénéficiaire soient distingués.</w:t>
      </w:r>
    </w:p>
    <w:p>
      <w:pPr>
        <w:spacing w:before="0" w:after="80"/>
      </w:pPr>
      <w:r>
        <w:rPr>
          <w:rFonts w:ascii="Calibri" w:hAnsi="Calibri"/>
          <w:b w:val="0"/>
          <w:color w:val="52616B"/>
          <w:sz w:val="12"/>
        </w:rPr>
      </w:r>
    </w:p>
    <w:p>
      <w:pPr>
        <w:spacing w:before="120" w:after="80"/>
      </w:pPr>
      <w:r>
        <w:rPr>
          <w:rFonts w:ascii="Calibri" w:hAnsi="Calibri"/>
          <w:b/>
          <w:caps/>
          <w:color w:val="023C52"/>
          <w:sz w:val="17"/>
          <w:spacing w:val="50"/>
        </w:rPr>
        <w:t>LES ERREURS QUI REVIENNENT</w:t>
      </w:r>
    </w:p>
    <w:p>
      <w:pPr>
        <w:spacing w:before="0" w:after="60"/>
      </w:pPr>
      <w:r>
        <w:rPr>
          <w:rFonts w:ascii="Calibri" w:hAnsi="Calibri"/>
          <w:b w:val="0"/>
          <w:color w:val="52616B"/>
          <w:sz w:val="21"/>
        </w:rPr>
        <w:t>•  Faire remplir le document le premier jour de formation : c'est trop tard, et ça se voit.</w:t>
      </w:r>
    </w:p>
    <w:p>
      <w:pPr>
        <w:spacing w:before="0" w:after="60"/>
      </w:pPr>
      <w:r>
        <w:rPr>
          <w:rFonts w:ascii="Calibri" w:hAnsi="Calibri"/>
          <w:b w:val="0"/>
          <w:color w:val="52616B"/>
          <w:sz w:val="21"/>
        </w:rPr>
        <w:t>•  Un positionnement identique pour tous les stagiaires d'une session.</w:t>
      </w:r>
    </w:p>
    <w:p>
      <w:pPr>
        <w:spacing w:before="0" w:after="80"/>
      </w:pPr>
      <w:r>
        <w:rPr>
          <w:rFonts w:ascii="Calibri" w:hAnsi="Calibri"/>
          <w:b w:val="0"/>
          <w:color w:val="52616B"/>
          <w:sz w:val="16"/>
        </w:rPr>
      </w:r>
    </w:p>
    <w:p>
      <w:pPr>
        <w:spacing w:after="200"/>
        <w:pBdr>
          <w:bottom w:val="single" w:sz="18" w:space="1" w:color="DBE4EA"/>
        </w:pBdr>
      </w:pPr>
    </w:p>
    <w:p>
      <w:pPr>
        <w:spacing w:before="0" w:after="80"/>
      </w:pPr>
      <w:r>
        <w:rPr>
          <w:rFonts w:ascii="Calibri" w:hAnsi="Calibri"/>
          <w:b w:val="0"/>
          <w:color w:val="52616B"/>
          <w:sz w:val="21"/>
        </w:rPr>
        <w:t>Vous préparez votre certification ? Obtenir Qualiopi — accompagné, à 1 790 € HT : je prépare l'audit avec vous, de l'état des lieux au jour J. Qualiopi obtenu ou remboursé.</w:t>
      </w:r>
    </w:p>
    <w:p>
      <w:pPr>
        <w:spacing w:before="40" w:after="80"/>
      </w:pPr>
      <w:r>
        <w:rPr>
          <w:rFonts w:ascii="Calibri" w:hAnsi="Calibri"/>
          <w:b/>
          <w:color w:val="023C52"/>
          <w:sz w:val="20"/>
        </w:rPr>
        <w:t>Maxime Pélerin — Certiforma · 06 46 86 36 95 · maxime@certiforma.fr</w:t>
      </w:r>
    </w:p>
    <w:p>
      <w:pPr>
        <w:spacing w:before="80" w:after="0"/>
      </w:pPr>
      <w:r>
        <w:rPr>
          <w:rFonts w:ascii="Calibri" w:hAnsi="Calibri"/>
          <w:b w:val="0"/>
          <w:color w:val="8C9BA2"/>
          <w:sz w:val="17"/>
        </w:rPr>
        <w:t>Vérifié le 7 septembre 2026 contre le code du travail consolidé (open data LEGI, DILA). 1 300+ organismes de formation accompagnés depuis 2020.</w:t>
      </w:r>
    </w:p>
    <w:p>
      <w:r>
        <w:br w:type="page"/>
      </w:r>
    </w:p>
    <w:p>
      <w:pPr>
        <w:spacing w:after="200"/>
      </w:pPr>
      <w:r>
        <w:rPr>
          <w:b/>
          <w:color w:val="023C52"/>
          <w:sz w:val="38"/>
        </w:rPr>
        <w:t>Recueil des besoins et test de positionnement (modèle)</w:t>
      </w:r>
    </w:p>
    <w:p>
      <w:pPr>
        <w:spacing w:before="120" w:after="120"/>
        <w:ind w:left="170" w:right="113"/>
        <w:shd w:val="clear" w:fill="FFF8EC"/>
        <w:pBdr>
          <w:left w:val="single" w:sz="18" w:space="6" w:color="F49F0A"/>
        </w:pBdr>
      </w:pPr>
      <w:r>
        <w:rPr>
          <w:b/>
          <w:sz w:val="19"/>
        </w:rPr>
        <w:t>À quoi sert ce document</w:t>
      </w:r>
      <w:r>
        <w:rPr>
          <w:sz w:val="19"/>
        </w:rPr>
        <w:t xml:space="preserve"> : ce questionnaire permet à l'organisme de formation de recueillir les besoins réels du futur stagiaire et, le cas échéant, de son employeur, d'analyser sa demande et ses objectifs professionnels, puis de mesurer son niveau d'entrée afin d'adapter le contenu, le rythme et les modalités de la formation. Il se remplit avant le démarrage de la formation. </w:t>
      </w:r>
      <w:r>
        <w:rPr>
          <w:b/>
          <w:sz w:val="19"/>
        </w:rPr>
        <w:t>Lien Qualiopi</w:t>
      </w:r>
      <w:r>
        <w:rPr>
          <w:sz w:val="19"/>
        </w:rPr>
        <w:t xml:space="preserve"> : ce document contribue à la preuve des indicateurs concernés, notamment l'indicateur 4 (analyse du besoin du bénéficiaire et adaptation de la prestation) et l'indicateur 8 (positionnement et évaluation des acquis à l'entrée), ainsi que la prise en compte des situations de handicap.</w:t>
      </w:r>
    </w:p>
    <w:p>
      <w:pPr>
        <w:pBdr>
          <w:bottom w:val="single" w:sz="6" w:space="1" w:color="E0E6EA"/>
        </w:pBdr>
        <w:spacing w:after="80"/>
      </w:pPr>
    </w:p>
    <w:p>
      <w:pPr>
        <w:spacing w:before="200" w:after="80"/>
      </w:pPr>
      <w:r>
        <w:rPr>
          <w:b/>
          <w:color w:val="023C52"/>
          <w:sz w:val="28"/>
        </w:rPr>
        <w:t>Partie 1. Recueil des besoins</w:t>
      </w:r>
    </w:p>
    <w:p>
      <w:pPr>
        <w:spacing w:before="160" w:after="40"/>
      </w:pPr>
      <w:r>
        <w:rPr>
          <w:b/>
          <w:color w:val="F49F0A"/>
          <w:sz w:val="23"/>
        </w:rPr>
        <w:t>1.1 Identité et contexte du bénéficiaire</w:t>
      </w:r>
    </w:p>
    <w:tbl>
      <w:tblPr>
        <w:tblStyle w:val="TableGrid"/>
        <w:tblW w:type="auto" w:w="0"/>
        <w:jc w:val="center"/>
        <w:tblLook w:firstColumn="1" w:firstRow="1" w:lastColumn="0" w:lastRow="0" w:noHBand="0" w:noVBand="1" w:val="04A0"/>
      </w:tblPr>
      <w:tblGrid>
        <w:gridCol w:w="4873"/>
        <w:gridCol w:w="4873"/>
      </w:tblGrid>
      <w:tr>
        <w:tc>
          <w:tcPr>
            <w:tcW w:type="dxa" w:w="4873"/>
            <w:shd w:val="clear" w:fill="023C52"/>
          </w:tcPr>
          <w:p>
            <w:r>
              <w:rPr>
                <w:b/>
                <w:color w:val="FFFFFF"/>
                <w:sz w:val="19"/>
              </w:rPr>
            </w:r>
            <w:r>
              <w:rPr>
                <w:b/>
                <w:color w:val="FFFFFF"/>
                <w:sz w:val="19"/>
              </w:rPr>
              <w:t>Information</w:t>
            </w:r>
          </w:p>
        </w:tc>
        <w:tc>
          <w:tcPr>
            <w:tcW w:type="dxa" w:w="4873"/>
            <w:shd w:val="clear" w:fill="023C52"/>
          </w:tcPr>
          <w:p>
            <w:r>
              <w:rPr>
                <w:b/>
                <w:color w:val="FFFFFF"/>
                <w:sz w:val="19"/>
              </w:rPr>
            </w:r>
            <w:r>
              <w:rPr>
                <w:b/>
                <w:color w:val="FFFFFF"/>
                <w:sz w:val="19"/>
              </w:rPr>
              <w:t>À compléter</w:t>
            </w:r>
          </w:p>
        </w:tc>
      </w:tr>
      <w:tr>
        <w:tc>
          <w:tcPr>
            <w:tcW w:type="dxa" w:w="4873"/>
          </w:tcPr>
          <w:p>
            <w:r>
              <w:rPr>
                <w:sz w:val="19"/>
              </w:rPr>
            </w:r>
            <w:r>
              <w:rPr>
                <w:sz w:val="19"/>
              </w:rPr>
              <w:t>Nom et prénom</w:t>
            </w:r>
          </w:p>
        </w:tc>
        <w:tc>
          <w:tcPr>
            <w:tcW w:type="dxa" w:w="4873"/>
          </w:tcPr>
          <w:p>
            <w:r>
              <w:rPr>
                <w:sz w:val="19"/>
              </w:rPr>
            </w:r>
            <w:r>
              <w:rPr>
                <w:sz w:val="19"/>
              </w:rPr>
              <w:t>[Nom Prénom]</w:t>
            </w:r>
          </w:p>
        </w:tc>
      </w:tr>
      <w:tr>
        <w:tc>
          <w:tcPr>
            <w:tcW w:type="dxa" w:w="4873"/>
          </w:tcPr>
          <w:p>
            <w:r>
              <w:rPr>
                <w:sz w:val="19"/>
              </w:rPr>
            </w:r>
            <w:r>
              <w:rPr>
                <w:sz w:val="19"/>
              </w:rPr>
              <w:t>Date de naissance (facultatif)</w:t>
            </w:r>
          </w:p>
        </w:tc>
        <w:tc>
          <w:tcPr>
            <w:tcW w:type="dxa" w:w="4873"/>
          </w:tcPr>
          <w:p>
            <w:r>
              <w:rPr>
                <w:sz w:val="19"/>
              </w:rPr>
            </w:r>
            <w:r>
              <w:rPr>
                <w:sz w:val="19"/>
              </w:rPr>
              <w:t>[JJ/MM/AAAA]</w:t>
            </w:r>
          </w:p>
        </w:tc>
      </w:tr>
      <w:tr>
        <w:tc>
          <w:tcPr>
            <w:tcW w:type="dxa" w:w="4873"/>
          </w:tcPr>
          <w:p>
            <w:r>
              <w:rPr>
                <w:sz w:val="19"/>
              </w:rPr>
            </w:r>
            <w:r>
              <w:rPr>
                <w:sz w:val="19"/>
              </w:rPr>
              <w:t>Téléphone</w:t>
            </w:r>
          </w:p>
        </w:tc>
        <w:tc>
          <w:tcPr>
            <w:tcW w:type="dxa" w:w="4873"/>
          </w:tcPr>
          <w:p>
            <w:r>
              <w:rPr>
                <w:sz w:val="19"/>
              </w:rPr>
            </w:r>
            <w:r>
              <w:rPr>
                <w:sz w:val="19"/>
              </w:rPr>
              <w:t>[Téléphone]</w:t>
            </w:r>
          </w:p>
        </w:tc>
      </w:tr>
      <w:tr>
        <w:tc>
          <w:tcPr>
            <w:tcW w:type="dxa" w:w="4873"/>
          </w:tcPr>
          <w:p>
            <w:r>
              <w:rPr>
                <w:sz w:val="19"/>
              </w:rPr>
            </w:r>
            <w:r>
              <w:rPr>
                <w:sz w:val="19"/>
              </w:rPr>
              <w:t>Adresse électronique</w:t>
            </w:r>
          </w:p>
        </w:tc>
        <w:tc>
          <w:tcPr>
            <w:tcW w:type="dxa" w:w="4873"/>
          </w:tcPr>
          <w:p>
            <w:r>
              <w:rPr>
                <w:sz w:val="19"/>
              </w:rPr>
            </w:r>
            <w:r>
              <w:rPr>
                <w:sz w:val="19"/>
              </w:rPr>
              <w:t>[email@exemple.fr]</w:t>
            </w:r>
          </w:p>
        </w:tc>
      </w:tr>
      <w:tr>
        <w:tc>
          <w:tcPr>
            <w:tcW w:type="dxa" w:w="4873"/>
          </w:tcPr>
          <w:p>
            <w:r>
              <w:rPr>
                <w:sz w:val="19"/>
              </w:rPr>
            </w:r>
            <w:r>
              <w:rPr>
                <w:sz w:val="19"/>
              </w:rPr>
              <w:t>Intitulé de la formation visée</w:t>
            </w:r>
          </w:p>
        </w:tc>
        <w:tc>
          <w:tcPr>
            <w:tcW w:type="dxa" w:w="4873"/>
          </w:tcPr>
          <w:p>
            <w:r>
              <w:rPr>
                <w:sz w:val="19"/>
              </w:rPr>
            </w:r>
            <w:r>
              <w:rPr>
                <w:sz w:val="19"/>
              </w:rPr>
              <w:t>[Intitulé de la formation]</w:t>
            </w:r>
          </w:p>
        </w:tc>
      </w:tr>
      <w:tr>
        <w:tc>
          <w:tcPr>
            <w:tcW w:type="dxa" w:w="4873"/>
          </w:tcPr>
          <w:p>
            <w:r>
              <w:rPr>
                <w:sz w:val="19"/>
              </w:rPr>
            </w:r>
            <w:r>
              <w:rPr>
                <w:sz w:val="19"/>
              </w:rPr>
              <w:t>Date(s) ou session souhaitée(s)</w:t>
            </w:r>
          </w:p>
        </w:tc>
        <w:tc>
          <w:tcPr>
            <w:tcW w:type="dxa" w:w="4873"/>
          </w:tcPr>
          <w:p>
            <w:r>
              <w:rPr>
                <w:sz w:val="19"/>
              </w:rPr>
            </w:r>
            <w:r>
              <w:rPr>
                <w:sz w:val="19"/>
              </w:rPr>
              <w:t>[Période souhaitée]</w:t>
            </w:r>
          </w:p>
        </w:tc>
      </w:tr>
    </w:tbl>
    <w:p>
      <w:pPr>
        <w:spacing w:after="40"/>
      </w:pPr>
    </w:p>
    <w:p>
      <w:pPr>
        <w:spacing w:after="80"/>
      </w:pPr>
      <w:r>
        <w:t>Statut du bénéficiaire :</w:t>
      </w:r>
    </w:p>
    <w:p>
      <w:pPr>
        <w:spacing w:after="80"/>
      </w:pPr>
      <w:r>
        <w:t>☐ Salarié(e)  ☐ Demandeur d'emploi  ☐ Indépendant(e) / chef(fe) d'entreprise  ☐ Étudiant(e)  ☐ Autre : [Précisez]</w:t>
      </w:r>
    </w:p>
    <w:p>
      <w:pPr>
        <w:spacing w:before="160" w:after="40"/>
      </w:pPr>
      <w:r>
        <w:rPr>
          <w:b/>
          <w:color w:val="F49F0A"/>
          <w:sz w:val="23"/>
        </w:rPr>
        <w:t>1.2 Contexte employeur (à compléter si la formation est financée ou demandée par l'employeur)</w:t>
      </w:r>
    </w:p>
    <w:tbl>
      <w:tblPr>
        <w:tblStyle w:val="TableGrid"/>
        <w:tblW w:type="auto" w:w="0"/>
        <w:jc w:val="center"/>
        <w:tblLook w:firstColumn="1" w:firstRow="1" w:lastColumn="0" w:lastRow="0" w:noHBand="0" w:noVBand="1" w:val="04A0"/>
      </w:tblPr>
      <w:tblGrid>
        <w:gridCol w:w="4873"/>
        <w:gridCol w:w="4873"/>
      </w:tblGrid>
      <w:tr>
        <w:tc>
          <w:tcPr>
            <w:tcW w:type="dxa" w:w="4873"/>
            <w:shd w:val="clear" w:fill="023C52"/>
          </w:tcPr>
          <w:p>
            <w:r>
              <w:rPr>
                <w:b/>
                <w:color w:val="FFFFFF"/>
                <w:sz w:val="19"/>
              </w:rPr>
            </w:r>
            <w:r>
              <w:rPr>
                <w:b/>
                <w:color w:val="FFFFFF"/>
                <w:sz w:val="19"/>
              </w:rPr>
              <w:t>Information</w:t>
            </w:r>
          </w:p>
        </w:tc>
        <w:tc>
          <w:tcPr>
            <w:tcW w:type="dxa" w:w="4873"/>
            <w:shd w:val="clear" w:fill="023C52"/>
          </w:tcPr>
          <w:p>
            <w:r>
              <w:rPr>
                <w:b/>
                <w:color w:val="FFFFFF"/>
                <w:sz w:val="19"/>
              </w:rPr>
            </w:r>
            <w:r>
              <w:rPr>
                <w:b/>
                <w:color w:val="FFFFFF"/>
                <w:sz w:val="19"/>
              </w:rPr>
              <w:t>À compléter</w:t>
            </w:r>
          </w:p>
        </w:tc>
      </w:tr>
      <w:tr>
        <w:tc>
          <w:tcPr>
            <w:tcW w:type="dxa" w:w="4873"/>
          </w:tcPr>
          <w:p>
            <w:r>
              <w:rPr>
                <w:sz w:val="19"/>
              </w:rPr>
            </w:r>
            <w:r>
              <w:rPr>
                <w:sz w:val="19"/>
              </w:rPr>
              <w:t>Raison sociale de l'entreprise</w:t>
            </w:r>
          </w:p>
        </w:tc>
        <w:tc>
          <w:tcPr>
            <w:tcW w:type="dxa" w:w="4873"/>
          </w:tcPr>
          <w:p>
            <w:r>
              <w:rPr>
                <w:sz w:val="19"/>
              </w:rPr>
            </w:r>
            <w:r>
              <w:rPr>
                <w:sz w:val="19"/>
              </w:rPr>
              <w:t>[Entreprise]</w:t>
            </w:r>
          </w:p>
        </w:tc>
      </w:tr>
      <w:tr>
        <w:tc>
          <w:tcPr>
            <w:tcW w:type="dxa" w:w="4873"/>
          </w:tcPr>
          <w:p>
            <w:r>
              <w:rPr>
                <w:sz w:val="19"/>
              </w:rPr>
            </w:r>
            <w:r>
              <w:rPr>
                <w:sz w:val="19"/>
              </w:rPr>
              <w:t>Nom du responsable ou du référent</w:t>
            </w:r>
          </w:p>
        </w:tc>
        <w:tc>
          <w:tcPr>
            <w:tcW w:type="dxa" w:w="4873"/>
          </w:tcPr>
          <w:p>
            <w:r>
              <w:rPr>
                <w:sz w:val="19"/>
              </w:rPr>
            </w:r>
            <w:r>
              <w:rPr>
                <w:sz w:val="19"/>
              </w:rPr>
              <w:t>[Nom Prénom]</w:t>
            </w:r>
          </w:p>
        </w:tc>
      </w:tr>
      <w:tr>
        <w:tc>
          <w:tcPr>
            <w:tcW w:type="dxa" w:w="4873"/>
          </w:tcPr>
          <w:p>
            <w:r>
              <w:rPr>
                <w:sz w:val="19"/>
              </w:rPr>
            </w:r>
            <w:r>
              <w:rPr>
                <w:sz w:val="19"/>
              </w:rPr>
              <w:t>Fonction du référent</w:t>
            </w:r>
          </w:p>
        </w:tc>
        <w:tc>
          <w:tcPr>
            <w:tcW w:type="dxa" w:w="4873"/>
          </w:tcPr>
          <w:p>
            <w:r>
              <w:rPr>
                <w:sz w:val="19"/>
              </w:rPr>
            </w:r>
            <w:r>
              <w:rPr>
                <w:sz w:val="19"/>
              </w:rPr>
              <w:t>[Fonction]</w:t>
            </w:r>
          </w:p>
        </w:tc>
      </w:tr>
      <w:tr>
        <w:tc>
          <w:tcPr>
            <w:tcW w:type="dxa" w:w="4873"/>
          </w:tcPr>
          <w:p>
            <w:r>
              <w:rPr>
                <w:sz w:val="19"/>
              </w:rPr>
            </w:r>
            <w:r>
              <w:rPr>
                <w:sz w:val="19"/>
              </w:rPr>
              <w:t>Téléphone et adresse électronique</w:t>
            </w:r>
          </w:p>
        </w:tc>
        <w:tc>
          <w:tcPr>
            <w:tcW w:type="dxa" w:w="4873"/>
          </w:tcPr>
          <w:p>
            <w:r>
              <w:rPr>
                <w:sz w:val="19"/>
              </w:rPr>
            </w:r>
            <w:r>
              <w:rPr>
                <w:sz w:val="19"/>
              </w:rPr>
              <w:t>[Coordonnées]</w:t>
            </w:r>
          </w:p>
        </w:tc>
      </w:tr>
      <w:tr>
        <w:tc>
          <w:tcPr>
            <w:tcW w:type="dxa" w:w="4873"/>
          </w:tcPr>
          <w:p>
            <w:r>
              <w:rPr>
                <w:sz w:val="19"/>
              </w:rPr>
            </w:r>
            <w:r>
              <w:rPr>
                <w:sz w:val="19"/>
              </w:rPr>
              <w:t>Secteur d'activité</w:t>
            </w:r>
          </w:p>
        </w:tc>
        <w:tc>
          <w:tcPr>
            <w:tcW w:type="dxa" w:w="4873"/>
          </w:tcPr>
          <w:p>
            <w:r>
              <w:rPr>
                <w:sz w:val="19"/>
              </w:rPr>
            </w:r>
            <w:r>
              <w:rPr>
                <w:sz w:val="19"/>
              </w:rPr>
              <w:t>[Secteur]</w:t>
            </w:r>
          </w:p>
        </w:tc>
      </w:tr>
    </w:tbl>
    <w:p>
      <w:pPr>
        <w:spacing w:after="40"/>
      </w:pPr>
    </w:p>
    <w:p>
      <w:pPr>
        <w:spacing w:before="160" w:after="40"/>
      </w:pPr>
      <w:r>
        <w:rPr>
          <w:b/>
          <w:color w:val="F49F0A"/>
          <w:sz w:val="23"/>
        </w:rPr>
        <w:t>1.3 Situation et fonction actuelles</w:t>
      </w:r>
    </w:p>
    <w:tbl>
      <w:tblPr>
        <w:tblStyle w:val="TableGrid"/>
        <w:tblW w:type="auto" w:w="0"/>
        <w:jc w:val="center"/>
        <w:tblLook w:firstColumn="1" w:firstRow="1" w:lastColumn="0" w:lastRow="0" w:noHBand="0" w:noVBand="1" w:val="04A0"/>
      </w:tblPr>
      <w:tblGrid>
        <w:gridCol w:w="4873"/>
        <w:gridCol w:w="4873"/>
      </w:tblGrid>
      <w:tr>
        <w:tc>
          <w:tcPr>
            <w:tcW w:type="dxa" w:w="4873"/>
            <w:shd w:val="clear" w:fill="023C52"/>
          </w:tcPr>
          <w:p>
            <w:r>
              <w:rPr>
                <w:b/>
                <w:color w:val="FFFFFF"/>
                <w:sz w:val="19"/>
              </w:rPr>
            </w:r>
            <w:r>
              <w:rPr>
                <w:b/>
                <w:color w:val="FFFFFF"/>
                <w:sz w:val="19"/>
              </w:rPr>
              <w:t>Information</w:t>
            </w:r>
          </w:p>
        </w:tc>
        <w:tc>
          <w:tcPr>
            <w:tcW w:type="dxa" w:w="4873"/>
            <w:shd w:val="clear" w:fill="023C52"/>
          </w:tcPr>
          <w:p>
            <w:r>
              <w:rPr>
                <w:b/>
                <w:color w:val="FFFFFF"/>
                <w:sz w:val="19"/>
              </w:rPr>
            </w:r>
            <w:r>
              <w:rPr>
                <w:b/>
                <w:color w:val="FFFFFF"/>
                <w:sz w:val="19"/>
              </w:rPr>
              <w:t>À compléter</w:t>
            </w:r>
          </w:p>
        </w:tc>
      </w:tr>
      <w:tr>
        <w:tc>
          <w:tcPr>
            <w:tcW w:type="dxa" w:w="4873"/>
          </w:tcPr>
          <w:p>
            <w:r>
              <w:rPr>
                <w:sz w:val="19"/>
              </w:rPr>
            </w:r>
            <w:r>
              <w:rPr>
                <w:sz w:val="19"/>
              </w:rPr>
              <w:t>Poste ou fonction occupé(e) actuellement</w:t>
            </w:r>
          </w:p>
        </w:tc>
        <w:tc>
          <w:tcPr>
            <w:tcW w:type="dxa" w:w="4873"/>
          </w:tcPr>
          <w:p>
            <w:r>
              <w:rPr>
                <w:sz w:val="19"/>
              </w:rPr>
            </w:r>
            <w:r>
              <w:rPr>
                <w:sz w:val="19"/>
              </w:rPr>
              <w:t>[Intitulé du poste]</w:t>
            </w:r>
          </w:p>
        </w:tc>
      </w:tr>
      <w:tr>
        <w:tc>
          <w:tcPr>
            <w:tcW w:type="dxa" w:w="4873"/>
          </w:tcPr>
          <w:p>
            <w:r>
              <w:rPr>
                <w:sz w:val="19"/>
              </w:rPr>
            </w:r>
            <w:r>
              <w:rPr>
                <w:sz w:val="19"/>
              </w:rPr>
              <w:t>Ancienneté dans le poste</w:t>
            </w:r>
          </w:p>
        </w:tc>
        <w:tc>
          <w:tcPr>
            <w:tcW w:type="dxa" w:w="4873"/>
          </w:tcPr>
          <w:p>
            <w:r>
              <w:rPr>
                <w:sz w:val="19"/>
              </w:rPr>
            </w:r>
            <w:r>
              <w:rPr>
                <w:sz w:val="19"/>
              </w:rPr>
              <w:t>[Durée]</w:t>
            </w:r>
          </w:p>
        </w:tc>
      </w:tr>
      <w:tr>
        <w:tc>
          <w:tcPr>
            <w:tcW w:type="dxa" w:w="4873"/>
          </w:tcPr>
          <w:p>
            <w:r>
              <w:rPr>
                <w:sz w:val="19"/>
              </w:rPr>
            </w:r>
            <w:r>
              <w:rPr>
                <w:sz w:val="19"/>
              </w:rPr>
              <w:t>Principales missions</w:t>
            </w:r>
          </w:p>
        </w:tc>
        <w:tc>
          <w:tcPr>
            <w:tcW w:type="dxa" w:w="4873"/>
          </w:tcPr>
          <w:p>
            <w:r>
              <w:rPr>
                <w:sz w:val="19"/>
              </w:rPr>
            </w:r>
            <w:r>
              <w:rPr>
                <w:sz w:val="19"/>
              </w:rPr>
              <w:t>[Décrivez vos missions]</w:t>
            </w:r>
          </w:p>
        </w:tc>
      </w:tr>
      <w:tr>
        <w:tc>
          <w:tcPr>
            <w:tcW w:type="dxa" w:w="4873"/>
          </w:tcPr>
          <w:p>
            <w:r>
              <w:rPr>
                <w:sz w:val="19"/>
              </w:rPr>
            </w:r>
            <w:r>
              <w:rPr>
                <w:sz w:val="19"/>
              </w:rPr>
              <w:t>Diplôme ou niveau de formation le plus élevé</w:t>
            </w:r>
          </w:p>
        </w:tc>
        <w:tc>
          <w:tcPr>
            <w:tcW w:type="dxa" w:w="4873"/>
          </w:tcPr>
          <w:p>
            <w:r>
              <w:rPr>
                <w:sz w:val="19"/>
              </w:rPr>
            </w:r>
            <w:r>
              <w:rPr>
                <w:sz w:val="19"/>
              </w:rPr>
              <w:t>[Diplôme / niveau]</w:t>
            </w:r>
          </w:p>
        </w:tc>
      </w:tr>
      <w:tr>
        <w:tc>
          <w:tcPr>
            <w:tcW w:type="dxa" w:w="4873"/>
          </w:tcPr>
          <w:p>
            <w:r>
              <w:rPr>
                <w:sz w:val="19"/>
              </w:rPr>
            </w:r>
            <w:r>
              <w:rPr>
                <w:sz w:val="19"/>
              </w:rPr>
              <w:t>Expérience en lien avec le thème de la formation</w:t>
            </w:r>
          </w:p>
        </w:tc>
        <w:tc>
          <w:tcPr>
            <w:tcW w:type="dxa" w:w="4873"/>
          </w:tcPr>
          <w:p>
            <w:r>
              <w:rPr>
                <w:sz w:val="19"/>
              </w:rPr>
            </w:r>
            <w:r>
              <w:rPr>
                <w:sz w:val="19"/>
              </w:rPr>
              <w:t>[Décrivez]</w:t>
            </w:r>
          </w:p>
        </w:tc>
      </w:tr>
    </w:tbl>
    <w:p>
      <w:pPr>
        <w:spacing w:after="40"/>
      </w:pPr>
    </w:p>
    <w:p>
      <w:pPr>
        <w:spacing w:before="160" w:after="40"/>
      </w:pPr>
      <w:r>
        <w:rPr>
          <w:b/>
          <w:color w:val="F49F0A"/>
          <w:sz w:val="23"/>
        </w:rPr>
        <w:t>1.4 Analyse de la demande et objectifs professionnels visés</w:t>
      </w:r>
    </w:p>
    <w:p>
      <w:pPr>
        <w:spacing w:after="80"/>
      </w:pPr>
      <w:r>
        <w:t>À l'origine de votre demande de formation :</w:t>
      </w:r>
    </w:p>
    <w:p>
      <w:pPr>
        <w:spacing w:after="80"/>
      </w:pPr>
      <w:r>
        <w:t>☐ Évolution ou prise de poste  ☐ Mise à jour ou montée en compétences  ☐ Obligation réglementaire ou de conformité  ☐ Reconversion professionnelle  ☐ Projet personnel ou de développement  ☐ Autre : [Précisez]</w:t>
      </w:r>
    </w:p>
    <w:p>
      <w:pPr>
        <w:spacing w:after="80"/>
      </w:pPr>
      <w:r>
        <w:t>Décrivez en quelques lignes la situation ou le problème qui motive cette formation :</w:t>
      </w:r>
    </w:p>
    <w:p>
      <w:pPr>
        <w:spacing w:after="80"/>
      </w:pPr>
      <w:r>
        <w:t>[Votre réponse]</w:t>
      </w:r>
    </w:p>
    <w:p>
      <w:pPr>
        <w:spacing w:after="80"/>
      </w:pPr>
      <w:r>
        <w:t>Quels objectifs professionnels souhaitez-vous atteindre grâce à cette formation ?</w:t>
      </w:r>
    </w:p>
    <w:p>
      <w:pPr>
        <w:spacing w:after="80"/>
      </w:pPr>
      <w:r>
        <w:t>[Votre réponse]</w:t>
      </w:r>
    </w:p>
    <w:p>
      <w:pPr>
        <w:spacing w:after="80"/>
      </w:pPr>
      <w:r>
        <w:t>Comment comptez-vous mettre en pratique les compétences acquises ?</w:t>
      </w:r>
    </w:p>
    <w:p>
      <w:pPr>
        <w:spacing w:after="80"/>
      </w:pPr>
      <w:r>
        <w:t>[Votre réponse]</w:t>
      </w:r>
    </w:p>
    <w:p>
      <w:pPr>
        <w:spacing w:before="160" w:after="40"/>
      </w:pPr>
      <w:r>
        <w:rPr>
          <w:b/>
          <w:color w:val="F49F0A"/>
          <w:sz w:val="23"/>
        </w:rPr>
        <w:t>1.5 Auto-évaluation des compétences sur les thèmes de la formation</w:t>
      </w:r>
    </w:p>
    <w:p>
      <w:pPr>
        <w:spacing w:after="80"/>
      </w:pPr>
      <w:r>
        <w:t>Pour chaque thème, indiquez votre niveau actuel ressenti.</w:t>
      </w:r>
    </w:p>
    <w:tbl>
      <w:tblPr>
        <w:tblStyle w:val="TableGrid"/>
        <w:tblW w:type="auto" w:w="0"/>
        <w:jc w:val="center"/>
        <w:tblLook w:firstColumn="1" w:firstRow="1" w:lastColumn="0" w:lastRow="0" w:noHBand="0" w:noVBand="1" w:val="04A0"/>
      </w:tblPr>
      <w:tblGrid>
        <w:gridCol w:w="1949"/>
        <w:gridCol w:w="1949"/>
        <w:gridCol w:w="1949"/>
        <w:gridCol w:w="1949"/>
        <w:gridCol w:w="1949"/>
      </w:tblGrid>
      <w:tr>
        <w:tc>
          <w:tcPr>
            <w:tcW w:type="dxa" w:w="1949"/>
            <w:shd w:val="clear" w:fill="023C52"/>
          </w:tcPr>
          <w:p>
            <w:r>
              <w:rPr>
                <w:b/>
                <w:color w:val="FFFFFF"/>
                <w:sz w:val="19"/>
              </w:rPr>
            </w:r>
            <w:r>
              <w:rPr>
                <w:b/>
                <w:color w:val="FFFFFF"/>
                <w:sz w:val="19"/>
              </w:rPr>
              <w:t>Thème ou compétence visée</w:t>
            </w:r>
          </w:p>
        </w:tc>
        <w:tc>
          <w:tcPr>
            <w:tcW w:type="dxa" w:w="1949"/>
            <w:shd w:val="clear" w:fill="023C52"/>
          </w:tcPr>
          <w:p>
            <w:r>
              <w:rPr>
                <w:b/>
                <w:color w:val="FFFFFF"/>
                <w:sz w:val="19"/>
              </w:rPr>
            </w:r>
            <w:r>
              <w:rPr>
                <w:b/>
                <w:color w:val="FFFFFF"/>
                <w:sz w:val="19"/>
              </w:rPr>
              <w:t>Aucun</w:t>
            </w:r>
          </w:p>
        </w:tc>
        <w:tc>
          <w:tcPr>
            <w:tcW w:type="dxa" w:w="1949"/>
            <w:shd w:val="clear" w:fill="023C52"/>
          </w:tcPr>
          <w:p>
            <w:r>
              <w:rPr>
                <w:b/>
                <w:color w:val="FFFFFF"/>
                <w:sz w:val="19"/>
              </w:rPr>
            </w:r>
            <w:r>
              <w:rPr>
                <w:b/>
                <w:color w:val="FFFFFF"/>
                <w:sz w:val="19"/>
              </w:rPr>
              <w:t>Débutant</w:t>
            </w:r>
          </w:p>
        </w:tc>
        <w:tc>
          <w:tcPr>
            <w:tcW w:type="dxa" w:w="1949"/>
            <w:shd w:val="clear" w:fill="023C52"/>
          </w:tcPr>
          <w:p>
            <w:r>
              <w:rPr>
                <w:b/>
                <w:color w:val="FFFFFF"/>
                <w:sz w:val="19"/>
              </w:rPr>
            </w:r>
            <w:r>
              <w:rPr>
                <w:b/>
                <w:color w:val="FFFFFF"/>
                <w:sz w:val="19"/>
              </w:rPr>
              <w:t>Intermédiaire</w:t>
            </w:r>
          </w:p>
        </w:tc>
        <w:tc>
          <w:tcPr>
            <w:tcW w:type="dxa" w:w="1949"/>
            <w:shd w:val="clear" w:fill="023C52"/>
          </w:tcPr>
          <w:p>
            <w:r>
              <w:rPr>
                <w:b/>
                <w:color w:val="FFFFFF"/>
                <w:sz w:val="19"/>
              </w:rPr>
            </w:r>
            <w:r>
              <w:rPr>
                <w:b/>
                <w:color w:val="FFFFFF"/>
                <w:sz w:val="19"/>
              </w:rPr>
              <w:t>Avancé</w:t>
            </w:r>
          </w:p>
        </w:tc>
      </w:tr>
      <w:tr>
        <w:tc>
          <w:tcPr>
            <w:tcW w:type="dxa" w:w="1949"/>
          </w:tcPr>
          <w:p>
            <w:r>
              <w:rPr>
                <w:sz w:val="19"/>
              </w:rPr>
            </w:r>
            <w:r>
              <w:rPr>
                <w:sz w:val="19"/>
              </w:rPr>
              <w:t>[Thème 1 à adapter]</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r>
      <w:tr>
        <w:tc>
          <w:tcPr>
            <w:tcW w:type="dxa" w:w="1949"/>
          </w:tcPr>
          <w:p>
            <w:r>
              <w:rPr>
                <w:sz w:val="19"/>
              </w:rPr>
            </w:r>
            <w:r>
              <w:rPr>
                <w:sz w:val="19"/>
              </w:rPr>
              <w:t>[Thème 2 à adapter]</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r>
      <w:tr>
        <w:tc>
          <w:tcPr>
            <w:tcW w:type="dxa" w:w="1949"/>
          </w:tcPr>
          <w:p>
            <w:r>
              <w:rPr>
                <w:sz w:val="19"/>
              </w:rPr>
            </w:r>
            <w:r>
              <w:rPr>
                <w:sz w:val="19"/>
              </w:rPr>
              <w:t>[Thème 3 à adapter]</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r>
      <w:tr>
        <w:tc>
          <w:tcPr>
            <w:tcW w:type="dxa" w:w="1949"/>
          </w:tcPr>
          <w:p>
            <w:r>
              <w:rPr>
                <w:sz w:val="19"/>
              </w:rPr>
            </w:r>
            <w:r>
              <w:rPr>
                <w:sz w:val="19"/>
              </w:rPr>
              <w:t>[Thème 4 à adapter]</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c>
          <w:tcPr>
            <w:tcW w:type="dxa" w:w="1949"/>
          </w:tcPr>
          <w:p>
            <w:r>
              <w:rPr>
                <w:sz w:val="19"/>
              </w:rPr>
            </w:r>
            <w:r>
              <w:rPr>
                <w:sz w:val="19"/>
              </w:rPr>
              <w:t>☐</w:t>
            </w:r>
          </w:p>
        </w:tc>
      </w:tr>
    </w:tbl>
    <w:p>
      <w:pPr>
        <w:spacing w:after="40"/>
      </w:pPr>
    </w:p>
    <w:p>
      <w:pPr>
        <w:spacing w:after="80"/>
      </w:pPr>
      <w:r>
        <w:t>Avez-vous déjà suivi une formation sur ce thème ?</w:t>
      </w:r>
    </w:p>
    <w:p>
      <w:pPr>
        <w:spacing w:after="80"/>
      </w:pPr>
      <w:r>
        <w:t>☐ Oui  ☐ Non    Si oui, laquelle et quand : [Précisez]</w:t>
      </w:r>
    </w:p>
    <w:p>
      <w:pPr>
        <w:spacing w:before="160" w:after="40"/>
      </w:pPr>
      <w:r>
        <w:rPr>
          <w:b/>
          <w:color w:val="F49F0A"/>
          <w:sz w:val="23"/>
        </w:rPr>
        <w:t>1.6 Contraintes et modalités souhaitées</w:t>
      </w:r>
    </w:p>
    <w:p>
      <w:pPr>
        <w:spacing w:after="80"/>
      </w:pPr>
      <w:r>
        <w:t>Modalité de formation souhaitée :</w:t>
      </w:r>
    </w:p>
    <w:p>
      <w:pPr>
        <w:spacing w:after="80"/>
      </w:pPr>
      <w:r>
        <w:t>☐ Présentiel  ☐ À distance (visioconférence)  ☐ Mixte (présentiel et distance)  ☐ E-learning</w:t>
      </w:r>
    </w:p>
    <w:p>
      <w:pPr>
        <w:spacing w:after="80"/>
      </w:pPr>
      <w:r>
        <w:t>Rythme souhaité :</w:t>
      </w:r>
    </w:p>
    <w:p>
      <w:pPr>
        <w:spacing w:after="80"/>
      </w:pPr>
      <w:r>
        <w:t>☐ Temps plein  ☐ Temps partiel  ☐ Sessions espacées  ☐ Horaires aménagés</w:t>
      </w:r>
    </w:p>
    <w:p>
      <w:pPr>
        <w:spacing w:after="80"/>
      </w:pPr>
      <w:r>
        <w:t>Disposez-vous du matériel et de la connexion nécessaires en cas de formation à distance ?</w:t>
      </w:r>
    </w:p>
    <w:p>
      <w:pPr>
        <w:spacing w:after="80"/>
      </w:pPr>
      <w:r>
        <w:t>☐ Oui  ☐ Non  ☐ À vérifier</w:t>
      </w:r>
    </w:p>
    <w:p>
      <w:pPr>
        <w:spacing w:after="80"/>
      </w:pPr>
      <w:r>
        <w:t>Contraintes éventuelles à signaler (horaires, déplacements, disponibilité, autres) :</w:t>
      </w:r>
    </w:p>
    <w:p>
      <w:pPr>
        <w:spacing w:after="80"/>
      </w:pPr>
      <w:r>
        <w:t>[Votre réponse]</w:t>
      </w:r>
    </w:p>
    <w:p>
      <w:pPr>
        <w:spacing w:before="160" w:after="40"/>
      </w:pPr>
      <w:r>
        <w:rPr>
          <w:b/>
          <w:color w:val="F49F0A"/>
          <w:sz w:val="23"/>
        </w:rPr>
        <w:t>1.7 Besoins spécifiques et situation de handicap</w:t>
      </w:r>
    </w:p>
    <w:p>
      <w:pPr>
        <w:spacing w:after="80"/>
      </w:pPr>
      <w:r>
        <w:t>Avez-vous besoin d'un aménagement particulier pour suivre la formation dans de bonnes conditions ?</w:t>
      </w:r>
    </w:p>
    <w:p>
      <w:pPr>
        <w:spacing w:after="80"/>
      </w:pPr>
      <w:r>
        <w:t>☐ Non  ☐ Oui</w:t>
      </w:r>
    </w:p>
    <w:p>
      <w:pPr>
        <w:spacing w:after="80"/>
      </w:pPr>
      <w:r>
        <w:t>Si oui, précisez la nature du besoin (accessibilité des locaux, supports adaptés, aménagement du temps, matériel spécifique, autre) :</w:t>
      </w:r>
    </w:p>
    <w:p>
      <w:pPr>
        <w:spacing w:after="80"/>
      </w:pPr>
      <w:r>
        <w:t>[Votre réponse]</w:t>
      </w:r>
    </w:p>
    <w:p>
      <w:pPr>
        <w:spacing w:after="80"/>
      </w:pPr>
      <w:r>
        <w:t>Souhaitez-vous être contacté(e) par notre référent handicap pour étudier les adaptations possibles ?</w:t>
      </w:r>
    </w:p>
    <w:p>
      <w:pPr>
        <w:spacing w:after="80"/>
      </w:pPr>
      <w:r>
        <w:t>☐ Oui  ☐ Non</w:t>
      </w:r>
    </w:p>
    <w:p>
      <w:pPr>
        <w:spacing w:before="120" w:after="120"/>
        <w:ind w:left="170" w:right="113"/>
        <w:shd w:val="clear" w:fill="FFF8EC"/>
        <w:pBdr>
          <w:left w:val="single" w:sz="18" w:space="6" w:color="F49F0A"/>
        </w:pBdr>
      </w:pPr>
      <w:r>
        <w:rPr>
          <w:sz w:val="19"/>
        </w:rPr>
        <w:t>Information : nos formations s'efforcent d'être accessibles aux personnes en situation de handicap. Notre référent handicap est à votre disposition pour étudier les solutions adaptées. Contact : [Coordonnées du référent handicap].</w:t>
      </w:r>
    </w:p>
    <w:p>
      <w:pPr>
        <w:spacing w:before="160" w:after="40"/>
      </w:pPr>
      <w:r>
        <w:rPr>
          <w:b/>
          <w:color w:val="F49F0A"/>
          <w:sz w:val="23"/>
        </w:rPr>
        <w:t>1.8 Attentes prioritaires</w:t>
      </w:r>
    </w:p>
    <w:p>
      <w:pPr>
        <w:spacing w:after="80"/>
      </w:pPr>
      <w:r>
        <w:t>Parmi les éléments suivants, indiquez vos trois attentes prioritaires (numérotez de 1 à 3) :</w:t>
      </w:r>
    </w:p>
    <w:p>
      <w:pPr>
        <w:spacing w:after="80"/>
      </w:pPr>
      <w:r>
        <w:t>☐ Acquérir des connaissances théoriques</w:t>
      </w:r>
    </w:p>
    <w:p>
      <w:pPr>
        <w:spacing w:after="80"/>
      </w:pPr>
      <w:r>
        <w:t>☐ Développer des compétences pratiques et opérationnelles</w:t>
      </w:r>
    </w:p>
    <w:p>
      <w:pPr>
        <w:spacing w:after="80"/>
      </w:pPr>
      <w:r>
        <w:t>☐ Obtenir une certification ou une attestation</w:t>
      </w:r>
    </w:p>
    <w:p>
      <w:pPr>
        <w:spacing w:after="80"/>
      </w:pPr>
      <w:r>
        <w:t>☐ Gagner en autonomie sur des tâches précises</w:t>
      </w:r>
    </w:p>
    <w:p>
      <w:pPr>
        <w:spacing w:after="80"/>
      </w:pPr>
      <w:r>
        <w:t>☐ Échanger avec d'autres professionnels</w:t>
      </w:r>
    </w:p>
    <w:p>
      <w:pPr>
        <w:spacing w:after="80"/>
      </w:pPr>
      <w:r>
        <w:t>☐ Résoudre une problématique concrète de mon activité</w:t>
      </w:r>
    </w:p>
    <w:p>
      <w:pPr>
        <w:spacing w:after="80"/>
      </w:pPr>
      <w:r>
        <w:t>☐ Autre : [Précisez]</w:t>
      </w:r>
    </w:p>
    <w:p>
      <w:pPr>
        <w:spacing w:after="80"/>
      </w:pPr>
      <w:r>
        <w:t>Y a-t-il un point particulier que vous souhaitez voir absolument traité durant la formation ?</w:t>
      </w:r>
    </w:p>
    <w:p>
      <w:pPr>
        <w:spacing w:after="80"/>
      </w:pPr>
      <w:r>
        <w:t>[Votre réponse]</w:t>
      </w:r>
    </w:p>
    <w:p>
      <w:pPr>
        <w:pBdr>
          <w:bottom w:val="single" w:sz="6" w:space="1" w:color="E0E6EA"/>
        </w:pBdr>
        <w:spacing w:after="80"/>
      </w:pPr>
    </w:p>
    <w:p>
      <w:pPr>
        <w:spacing w:before="200" w:after="80"/>
      </w:pPr>
      <w:r>
        <w:rPr>
          <w:b/>
          <w:color w:val="023C52"/>
          <w:sz w:val="28"/>
        </w:rPr>
        <w:t>Partie 2. Test de positionnement à l'entrée</w:t>
      </w:r>
    </w:p>
    <w:p>
      <w:pPr>
        <w:spacing w:before="120" w:after="120"/>
        <w:ind w:left="170" w:right="113"/>
        <w:shd w:val="clear" w:fill="FFF8EC"/>
        <w:pBdr>
          <w:left w:val="single" w:sz="18" w:space="6" w:color="F49F0A"/>
        </w:pBdr>
      </w:pPr>
      <w:r>
        <w:rPr>
          <w:sz w:val="19"/>
        </w:rPr>
        <w:t>À adapter selon le domaine de la formation. L'objectif est de mesurer le niveau d'entrée du bénéficiaire afin de constituer un groupe homogène et d'ajuster le contenu. Indiquez le barème et le niveau attendu pour interpréter les résultats.</w:t>
      </w:r>
    </w:p>
    <w:p>
      <w:pPr>
        <w:spacing w:after="80"/>
      </w:pPr>
      <w:r>
        <w:rPr>
          <w:b/>
        </w:rPr>
        <w:t>Consignes</w:t>
      </w:r>
      <w:r>
        <w:t xml:space="preserve"> : répondez aux questions suivantes sans aide extérieure. Ce test n'est pas un examen, il sert uniquement à situer votre niveau de départ. Durée indicative : [10 à 15 minutes].</w:t>
      </w:r>
    </w:p>
    <w:p>
      <w:pPr>
        <w:spacing w:before="160" w:after="40"/>
      </w:pPr>
      <w:r>
        <w:rPr>
          <w:b/>
          <w:color w:val="F49F0A"/>
          <w:sz w:val="23"/>
        </w:rPr>
        <w:t>Question 1 (connaissance de base, à adapter)</w:t>
      </w:r>
    </w:p>
    <w:p>
      <w:pPr>
        <w:spacing w:after="80"/>
      </w:pPr>
      <w:r>
        <w:t>[Énoncé de la question portant sur une notion fondamentale du domaine]</w:t>
      </w:r>
    </w:p>
    <w:p>
      <w:pPr>
        <w:spacing w:after="80"/>
      </w:pPr>
      <w:r>
        <w:t>☐ Réponse A : [Proposition]</w:t>
      </w:r>
    </w:p>
    <w:p>
      <w:pPr>
        <w:spacing w:after="80"/>
      </w:pPr>
      <w:r>
        <w:t>☐ Réponse B : [Proposition]</w:t>
      </w:r>
    </w:p>
    <w:p>
      <w:pPr>
        <w:spacing w:after="80"/>
      </w:pPr>
      <w:r>
        <w:t>☐ Réponse C : [Proposition]</w:t>
      </w:r>
    </w:p>
    <w:p>
      <w:pPr>
        <w:spacing w:after="80"/>
      </w:pPr>
      <w:r>
        <w:t>☐ Réponse D : [Proposition]</w:t>
      </w:r>
    </w:p>
    <w:p>
      <w:pPr>
        <w:spacing w:before="160" w:after="40"/>
      </w:pPr>
      <w:r>
        <w:rPr>
          <w:b/>
          <w:color w:val="F49F0A"/>
          <w:sz w:val="23"/>
        </w:rPr>
        <w:t>Question 2 (vocabulaire ou concept clé, à adapter)</w:t>
      </w:r>
    </w:p>
    <w:p>
      <w:pPr>
        <w:spacing w:after="80"/>
      </w:pPr>
      <w:r>
        <w:t>[Énoncé : par exemple, définissez le terme suivant ou associez chaque terme à sa définition]</w:t>
      </w:r>
    </w:p>
    <w:p>
      <w:pPr>
        <w:spacing w:after="80"/>
      </w:pPr>
      <w:r>
        <w:t>[Votre réponse]</w:t>
      </w:r>
    </w:p>
    <w:p>
      <w:pPr>
        <w:spacing w:before="160" w:after="40"/>
      </w:pPr>
      <w:r>
        <w:rPr>
          <w:b/>
          <w:color w:val="F49F0A"/>
          <w:sz w:val="23"/>
        </w:rPr>
        <w:t>Question 3 (mise en situation pratique, à adapter)</w:t>
      </w:r>
    </w:p>
    <w:p>
      <w:pPr>
        <w:spacing w:after="80"/>
      </w:pPr>
      <w:r>
        <w:t>[Énoncé : face à la situation suivante, quelle démarche adopteriez-vous ?]</w:t>
      </w:r>
    </w:p>
    <w:p>
      <w:pPr>
        <w:spacing w:after="80"/>
      </w:pPr>
      <w:r>
        <w:t>[Votre réponse]</w:t>
      </w:r>
    </w:p>
    <w:p>
      <w:pPr>
        <w:spacing w:before="160" w:after="40"/>
      </w:pPr>
      <w:r>
        <w:rPr>
          <w:b/>
          <w:color w:val="F49F0A"/>
          <w:sz w:val="23"/>
        </w:rPr>
        <w:t>Question 4 (niveau intermédiaire, à adapter)</w:t>
      </w:r>
    </w:p>
    <w:p>
      <w:pPr>
        <w:spacing w:after="80"/>
      </w:pPr>
      <w:r>
        <w:t>[Énoncé d'une question demandant l'application d'une méthode ou d'un calcul]</w:t>
      </w:r>
    </w:p>
    <w:p>
      <w:pPr>
        <w:spacing w:after="80"/>
      </w:pPr>
      <w:r>
        <w:t>[Votre réponse]</w:t>
      </w:r>
    </w:p>
    <w:p>
      <w:pPr>
        <w:spacing w:before="160" w:after="40"/>
      </w:pPr>
      <w:r>
        <w:rPr>
          <w:b/>
          <w:color w:val="F49F0A"/>
          <w:sz w:val="23"/>
        </w:rPr>
        <w:t>Question 5 (niveau avancé ou ouverte, à adapter)</w:t>
      </w:r>
    </w:p>
    <w:p>
      <w:pPr>
        <w:spacing w:after="80"/>
      </w:pPr>
      <w:r>
        <w:t>[Énoncé d'une question d'analyse permettant de distinguer les profils confirmés]</w:t>
      </w:r>
    </w:p>
    <w:p>
      <w:pPr>
        <w:spacing w:after="80"/>
      </w:pPr>
      <w:r>
        <w:t>[Votre réponse]</w:t>
      </w:r>
    </w:p>
    <w:p>
      <w:pPr>
        <w:spacing w:before="160" w:after="40"/>
      </w:pPr>
      <w:r>
        <w:rPr>
          <w:b/>
          <w:color w:val="F49F0A"/>
          <w:sz w:val="23"/>
        </w:rPr>
        <w:t>Auto-positionnement complémentaire</w:t>
      </w:r>
    </w:p>
    <w:p>
      <w:pPr>
        <w:spacing w:after="80"/>
      </w:pPr>
      <w:r>
        <w:t>Sur une échelle de 1 (débutant) à 5 (expert), comment évaluez-vous votre niveau global sur le thème de la formation ?</w:t>
      </w:r>
    </w:p>
    <w:p>
      <w:pPr>
        <w:spacing w:after="80"/>
      </w:pPr>
      <w:r>
        <w:t>☐ 1  ☐ 2  ☐ 3  ☐ 4  ☐ 5</w:t>
      </w:r>
    </w:p>
    <w:p>
      <w:pPr>
        <w:spacing w:before="160" w:after="40"/>
      </w:pPr>
      <w:r>
        <w:rPr>
          <w:b/>
          <w:color w:val="F49F0A"/>
          <w:sz w:val="23"/>
        </w:rPr>
        <w:t>Cadre réservé à l'organisme de formation</w:t>
      </w:r>
    </w:p>
    <w:tbl>
      <w:tblPr>
        <w:tblStyle w:val="TableGrid"/>
        <w:tblW w:type="auto" w:w="0"/>
        <w:jc w:val="center"/>
        <w:tblLook w:firstColumn="1" w:firstRow="1" w:lastColumn="0" w:lastRow="0" w:noHBand="0" w:noVBand="1" w:val="04A0"/>
      </w:tblPr>
      <w:tblGrid>
        <w:gridCol w:w="4873"/>
        <w:gridCol w:w="4873"/>
      </w:tblGrid>
      <w:tr>
        <w:tc>
          <w:tcPr>
            <w:tcW w:type="dxa" w:w="4873"/>
            <w:shd w:val="clear" w:fill="023C52"/>
          </w:tcPr>
          <w:p>
            <w:r>
              <w:rPr>
                <w:b/>
                <w:color w:val="FFFFFF"/>
                <w:sz w:val="19"/>
              </w:rPr>
            </w:r>
            <w:r>
              <w:rPr>
                <w:b/>
                <w:color w:val="FFFFFF"/>
                <w:sz w:val="19"/>
              </w:rPr>
              <w:t>Élément</w:t>
            </w:r>
          </w:p>
        </w:tc>
        <w:tc>
          <w:tcPr>
            <w:tcW w:type="dxa" w:w="4873"/>
            <w:shd w:val="clear" w:fill="023C52"/>
          </w:tcPr>
          <w:p>
            <w:r>
              <w:rPr>
                <w:b/>
                <w:color w:val="FFFFFF"/>
                <w:sz w:val="19"/>
              </w:rPr>
            </w:r>
            <w:r>
              <w:rPr>
                <w:b/>
                <w:color w:val="FFFFFF"/>
                <w:sz w:val="19"/>
              </w:rPr>
              <w:t>À compléter par le formateur</w:t>
            </w:r>
          </w:p>
        </w:tc>
      </w:tr>
      <w:tr>
        <w:tc>
          <w:tcPr>
            <w:tcW w:type="dxa" w:w="4873"/>
          </w:tcPr>
          <w:p>
            <w:r>
              <w:rPr>
                <w:sz w:val="19"/>
              </w:rPr>
            </w:r>
            <w:r>
              <w:rPr>
                <w:sz w:val="19"/>
              </w:rPr>
              <w:t>Score obtenu au test</w:t>
            </w:r>
          </w:p>
        </w:tc>
        <w:tc>
          <w:tcPr>
            <w:tcW w:type="dxa" w:w="4873"/>
          </w:tcPr>
          <w:p>
            <w:r>
              <w:rPr>
                <w:sz w:val="19"/>
              </w:rPr>
            </w:r>
            <w:r>
              <w:rPr>
                <w:sz w:val="19"/>
              </w:rPr>
              <w:t>[.../ ...]</w:t>
            </w:r>
          </w:p>
        </w:tc>
      </w:tr>
      <w:tr>
        <w:tc>
          <w:tcPr>
            <w:tcW w:type="dxa" w:w="4873"/>
          </w:tcPr>
          <w:p>
            <w:r>
              <w:rPr>
                <w:sz w:val="19"/>
              </w:rPr>
            </w:r>
            <w:r>
              <w:rPr>
                <w:sz w:val="19"/>
              </w:rPr>
              <w:t>Niveau d'entrée constaté</w:t>
            </w:r>
          </w:p>
        </w:tc>
        <w:tc>
          <w:tcPr>
            <w:tcW w:type="dxa" w:w="4873"/>
          </w:tcPr>
          <w:p>
            <w:r>
              <w:rPr>
                <w:sz w:val="19"/>
              </w:rPr>
            </w:r>
            <w:r>
              <w:rPr>
                <w:sz w:val="19"/>
              </w:rPr>
              <w:t>☐ Débutant  ☐ Intermédiaire  ☐ Avancé</w:t>
            </w:r>
          </w:p>
        </w:tc>
      </w:tr>
      <w:tr>
        <w:tc>
          <w:tcPr>
            <w:tcW w:type="dxa" w:w="4873"/>
          </w:tcPr>
          <w:p>
            <w:r>
              <w:rPr>
                <w:sz w:val="19"/>
              </w:rPr>
            </w:r>
            <w:r>
              <w:rPr>
                <w:sz w:val="19"/>
              </w:rPr>
              <w:t>Adéquation avec la formation visée</w:t>
            </w:r>
          </w:p>
        </w:tc>
        <w:tc>
          <w:tcPr>
            <w:tcW w:type="dxa" w:w="4873"/>
          </w:tcPr>
          <w:p>
            <w:r>
              <w:rPr>
                <w:sz w:val="19"/>
              </w:rPr>
            </w:r>
            <w:r>
              <w:rPr>
                <w:sz w:val="19"/>
              </w:rPr>
              <w:t>☐ Adapté  ☐ Prérequis à consolider  ☐ À réorienter</w:t>
            </w:r>
          </w:p>
        </w:tc>
      </w:tr>
      <w:tr>
        <w:tc>
          <w:tcPr>
            <w:tcW w:type="dxa" w:w="4873"/>
          </w:tcPr>
          <w:p>
            <w:r>
              <w:rPr>
                <w:sz w:val="19"/>
              </w:rPr>
            </w:r>
            <w:r>
              <w:rPr>
                <w:sz w:val="19"/>
              </w:rPr>
              <w:t>Adaptations prévues (contenu, rythme, accompagnement)</w:t>
            </w:r>
          </w:p>
        </w:tc>
        <w:tc>
          <w:tcPr>
            <w:tcW w:type="dxa" w:w="4873"/>
          </w:tcPr>
          <w:p>
            <w:r>
              <w:rPr>
                <w:sz w:val="19"/>
              </w:rPr>
            </w:r>
            <w:r>
              <w:rPr>
                <w:sz w:val="19"/>
              </w:rPr>
              <w:t>[Précisez]</w:t>
            </w:r>
          </w:p>
        </w:tc>
      </w:tr>
      <w:tr>
        <w:tc>
          <w:tcPr>
            <w:tcW w:type="dxa" w:w="4873"/>
          </w:tcPr>
          <w:p>
            <w:r>
              <w:rPr>
                <w:sz w:val="19"/>
              </w:rPr>
            </w:r>
            <w:r>
              <w:rPr>
                <w:sz w:val="19"/>
              </w:rPr>
              <w:t>Date et nom du formateur</w:t>
            </w:r>
          </w:p>
        </w:tc>
        <w:tc>
          <w:tcPr>
            <w:tcW w:type="dxa" w:w="4873"/>
          </w:tcPr>
          <w:p>
            <w:r>
              <w:rPr>
                <w:sz w:val="19"/>
              </w:rPr>
            </w:r>
            <w:r>
              <w:rPr>
                <w:sz w:val="19"/>
              </w:rPr>
              <w:t>[Date] [Nom Prénom]</w:t>
            </w:r>
          </w:p>
        </w:tc>
      </w:tr>
    </w:tbl>
    <w:p>
      <w:pPr>
        <w:spacing w:after="40"/>
      </w:pPr>
    </w:p>
    <w:p>
      <w:pPr>
        <w:pBdr>
          <w:bottom w:val="single" w:sz="6" w:space="1" w:color="E0E6EA"/>
        </w:pBdr>
        <w:spacing w:after="80"/>
      </w:pPr>
    </w:p>
    <w:p>
      <w:pPr>
        <w:spacing w:before="200" w:after="80"/>
      </w:pPr>
      <w:r>
        <w:rPr>
          <w:b/>
          <w:color w:val="023C52"/>
          <w:sz w:val="28"/>
        </w:rPr>
        <w:t>Conseils d'utilisation</w:t>
      </w:r>
    </w:p>
    <w:p>
      <w:pPr>
        <w:pStyle w:val="ListBullet"/>
      </w:pPr>
      <w:r>
        <w:t>Adaptez la partie 2 (test de positionnement) au domaine précis de votre formation : remplacez les énoncés génériques par des questions réellement représentatives des prérequis et définissez un barème clair pour interpréter les résultats.</w:t>
      </w:r>
    </w:p>
    <w:p>
      <w:pPr>
        <w:pStyle w:val="ListBullet"/>
      </w:pPr>
      <w:r>
        <w:t>Faites remplir ce document suffisamment tôt avant le démarrage afin d'avoir le temps d'ajuster le programme, de constituer des groupes homogènes et d'organiser les éventuels aménagements.</w:t>
      </w:r>
    </w:p>
    <w:p>
      <w:pPr>
        <w:pStyle w:val="ListBullet"/>
      </w:pPr>
      <w:r>
        <w:t>Conservez chaque questionnaire complété dans le dossier du stagiaire : il constitue une preuve directe pour les indicateurs Qualiopi 4 et 8 lors de votre audit.</w:t>
      </w:r>
    </w:p>
    <w:p>
      <w:pPr>
        <w:pStyle w:val="ListBullet"/>
      </w:pPr>
      <w:r>
        <w:t>Reliez systématiquement les besoins recueillis aux adaptations réellement mises en place et tracez-les, par exemple dans la convention, le programme personnalisé ou le compte rendu de positionnement.</w:t>
      </w:r>
    </w:p>
    <w:p>
      <w:pPr>
        <w:spacing w:after="80"/>
      </w:pPr>
      <w:r>
        <w:rPr>
          <w:i/>
        </w:rPr>
        <w:t>Modèle fourni à titre indicatif par Certiforma. À adapter à votre situation.</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color w:val="8C9BA2"/>
        <w:sz w:val="15"/>
      </w:rPr>
      <w:t>Modèle fourni par Certiforma — certiforma.fr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